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60"/>
        <w:jc w:val="left"/>
      </w:pPr>
      <w:r>
        <w:rPr>
          <w:rFonts w:ascii="Arial Unicode MS" w:hAnsi="Arial Unicode MS" w:eastAsia="Arial Unicode MS"/>
          <w:b/>
          <w:color w:val="1746B3"/>
          <w:sz w:val="48"/>
        </w:rPr>
        <w:t>CameraSDK 接入指南</w:t>
      </w:r>
    </w:p>
    <w:p>
      <w:pPr>
        <w:spacing w:after="320"/>
      </w:pPr>
      <w:r>
        <w:rPr>
          <w:rFonts w:ascii="Arial Unicode MS" w:hAnsi="Arial Unicode MS" w:eastAsia="Arial Unicode MS"/>
          <w:color w:val="6B7280"/>
          <w:sz w:val="20"/>
        </w:rPr>
        <w:t>开发者下载版 · 内容与开放平台在线文档保持一致</w:t>
      </w:r>
    </w:p>
    <w:p>
      <w:pPr>
        <w:pStyle w:val="Heading2"/>
      </w:pPr>
      <w:r>
        <w:t>SDK 接入</w:t>
      </w:r>
    </w:p>
    <w:p>
      <w:pPr>
        <w:pStyle w:val="Heading3"/>
      </w:pPr>
      <w:r>
        <w:t>简介</w:t>
      </w:r>
    </w:p>
    <w:p>
      <w:pPr>
        <w:pStyle w:val="Heading4"/>
      </w:pPr>
      <w:r>
        <w:t>主要特性</w:t>
      </w:r>
    </w:p>
    <w:p>
      <w:pPr>
        <w:pStyle w:val="ListBullet"/>
      </w:pPr>
      <w:r>
        <w:t>高清拍照：拍照分辨率支持 1440×1920</w:t>
      </w:r>
    </w:p>
    <w:p>
      <w:pPr>
        <w:pStyle w:val="ListBullet"/>
      </w:pPr>
      <w:r>
        <w:t>丰富水印：支持多种水印模板（自定义、时间地点、打卡、工程、巡逻、物业等）</w:t>
      </w:r>
    </w:p>
    <w:p>
      <w:pPr>
        <w:pStyle w:val="ListBullet"/>
      </w:pPr>
      <w:r>
        <w:t>横竖屏支持：自动检测设备方向，支持横竖屏拍摄</w:t>
      </w:r>
    </w:p>
    <w:p>
      <w:pPr>
        <w:pStyle w:val="ListBullet"/>
      </w:pPr>
      <w:r>
        <w:t>防伪码生成：自动生成带防伪码的图片，支持平台验真</w:t>
      </w:r>
    </w:p>
    <w:p>
      <w:pPr>
        <w:pStyle w:val="ListBullet"/>
      </w:pPr>
      <w:r>
        <w:t>位置信息：集成地址、经纬度、海拔等信息</w:t>
      </w:r>
    </w:p>
    <w:p>
      <w:pPr>
        <w:pStyle w:val="ListBullet"/>
      </w:pPr>
      <w:r>
        <w:t>天气信息：显示实时天气数据</w:t>
      </w:r>
    </w:p>
    <w:p>
      <w:pPr>
        <w:pStyle w:val="ListBullet"/>
      </w:pPr>
      <w:r>
        <w:t>内容编辑：支持自由添加编辑水印条目</w:t>
      </w:r>
    </w:p>
    <w:p>
      <w:pPr>
        <w:spacing w:after="60"/>
      </w:pPr>
    </w:p>
    <w:p>
      <w:pPr>
        <w:pStyle w:val="Heading4"/>
      </w:pPr>
      <w:r>
        <w:t>核心优势</w:t>
      </w:r>
    </w:p>
    <w:p>
      <w:pPr>
        <w:pStyle w:val="Heading5"/>
      </w:pPr>
      <w:r>
        <w:t>时间防篡改+照片验真技术 双重校验保证照片真实性：</w:t>
      </w:r>
    </w:p>
    <w:p>
      <w:pPr>
        <w:pStyle w:val="ListBullet"/>
      </w:pPr>
      <w:r>
        <w:t>真实时间：中科院国家授时中心授时，自动检测照片时间，发现篡改立即修正</w:t>
      </w:r>
    </w:p>
    <w:p>
      <w:pPr>
        <w:pStyle w:val="ListBullet"/>
      </w:pPr>
      <w:r>
        <w:t>真实地点： 通过Wi-Fi定位/基站定位等多种方式辅助定位保证定位准确</w:t>
      </w:r>
    </w:p>
    <w:p>
      <w:pPr>
        <w:pStyle w:val="Heading5"/>
      </w:pPr>
      <w:r>
        <w:t>照片验真中心：</w:t>
      </w:r>
    </w:p>
    <w:p>
      <w:r>
        <w:t>对 照片分辨率 / 防伪码 / 异常情况 / 时间 / 经纬地点 进行5道程序校验，结果真实可信</w:t>
      </w:r>
    </w:p>
    <w:p>
      <w:pPr>
        <w:pStyle w:val="Heading5"/>
      </w:pPr>
      <w:r>
        <w:t>丰富的水印模版：</w:t>
      </w:r>
    </w:p>
    <w:p>
      <w:r>
        <w:t>6个水印模版，用量角度覆盖率92%。包含：时间地点天气、工程水印、考勤打卡水印、自定义水印、执勤水印、物业水印</w:t>
      </w:r>
    </w:p>
    <w:p>
      <w:pPr>
        <w:pStyle w:val="Heading5"/>
      </w:pPr>
      <w:r>
        <w:t>领先行业的拍摄体验：</w:t>
      </w:r>
    </w:p>
    <w:p>
      <w:r>
        <w:t>支持广角与智能极速拍照，内置高效水印合成，实现更快成片。</w:t>
      </w:r>
    </w:p>
    <w:p>
      <w:pPr>
        <w:spacing w:after="60"/>
      </w:pPr>
    </w:p>
    <w:p>
      <w:pPr>
        <w:pStyle w:val="Heading4"/>
      </w:pPr>
      <w:r>
        <w:t>SDK效果展示</w:t>
      </w:r>
    </w:p>
    <w:p>
      <w:r>
        <w:t>图片为微信小程序插件截图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拍照界面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水印选择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水印编辑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选择品牌图</w:t>
            </w:r>
          </w:p>
        </w:tc>
      </w:tr>
      <w:tr>
        <w:tc>
          <w:tcPr>
            <w:tcW w:type="dxa" w:w="2381"/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143000" cy="24765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era-interfac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47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143000" cy="2476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ermark-selec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47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143000" cy="24765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ermark-edi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47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143000" cy="24765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Choo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47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4762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拍摄效果1</w:t>
            </w:r>
          </w:p>
        </w:tc>
        <w:tc>
          <w:tcPr>
            <w:tcW w:type="dxa" w:w="4762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拍摄效果2</w:t>
            </w:r>
          </w:p>
        </w:tc>
      </w:tr>
      <w:tr>
        <w:tc>
          <w:tcPr>
            <w:tcW w:type="dxa" w:w="4762"/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drawing>
                <wp:inline xmlns:a="http://schemas.openxmlformats.org/drawingml/2006/main" xmlns:pic="http://schemas.openxmlformats.org/drawingml/2006/picture">
                  <wp:extent cx="2194560" cy="292608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resul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926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62"/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drawing>
                <wp:inline xmlns:a="http://schemas.openxmlformats.org/drawingml/2006/main" xmlns:pic="http://schemas.openxmlformats.org/drawingml/2006/picture">
                  <wp:extent cx="2194560" cy="292608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result-2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926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pPr>
        <w:pStyle w:val="Heading3"/>
      </w:pPr>
      <w:r>
        <w:t>H5 版本</w:t>
      </w:r>
    </w:p>
    <w:p>
      <w:r>
        <w:t>前提：必须在 https 环境中使用，否则无法打开相机、无法获取定位！</w:t>
      </w:r>
    </w:p>
    <w:p>
      <w:r>
        <w:t>在 html 中引用 js 文件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&lt;script src="https://static.xhey.top/sdk/prod/xhey-camera-sdk.v1.0.2.min.js"&gt;&lt;/script&gt;</w:t>
      </w:r>
    </w:p>
    <w:p>
      <w:pPr>
        <w:pStyle w:val="Heading4"/>
      </w:pPr>
      <w:r>
        <w:t>向商务获取 appid 和 secretkey，签名生成方法参考当前文档鉴权部分；</w:t>
      </w:r>
    </w:p>
    <w:p>
      <w:pPr>
        <w:pStyle w:val="Heading4"/>
      </w:pPr>
      <w:r>
        <w:t>初始化</w:t>
      </w:r>
    </w:p>
    <w:p>
      <w:r>
        <w:t>初始化相机实例，如果 eslint 报错，添加 // eslint-disable-next-line no-undef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eslint-disable-next-line no-undef</w:t>
        <w:br/>
        <w:t>let camera = new XHeyCamera({</w:t>
        <w:br/>
        <w:t xml:space="preserve">  // 【可选】是否需要关闭拍照确认页</w:t>
        <w:br/>
        <w:t xml:space="preserve">  disablePhotoConfirm: false,</w:t>
        <w:br/>
        <w:br/>
        <w:t xml:space="preserve">  // 【可选】开启自定义水印编辑，用户可以自己选择水印和编辑水印条目</w:t>
        <w:br/>
        <w:t xml:space="preserve">  // 开启后，下面的watermarkId、title、logoUrl、customInputItems设置不生效</w:t>
        <w:br/>
        <w:t xml:space="preserve">  enableCustomWatermark: false,</w:t>
        <w:br/>
        <w:br/>
        <w:t xml:space="preserve">  // 【可选】手机型号，比如SM-S918U1</w:t>
        <w:br/>
        <w:t xml:space="preserve">  // 如果可以获取到，最好传入，可以解决一些手机兼容性问题</w:t>
        <w:br/>
        <w:t xml:space="preserve">  deviceModel: "your device model",</w:t>
        <w:br/>
        <w:br/>
        <w:t xml:space="preserve">  // 【可选】手机品牌比如samsung</w:t>
        <w:br/>
        <w:t xml:space="preserve">  // 如果可以获取到，最好传入，可以解决一些手机兼容性问题</w:t>
        <w:br/>
        <w:t xml:space="preserve">  deviceBrand: "your device brand",</w:t>
        <w:br/>
        <w:br/>
        <w:t xml:space="preserve">  // 【必须】应用 ID (替换为你的应用 ID)</w:t>
        <w:br/>
        <w:t xml:space="preserve">  appid: "your appid",</w:t>
        <w:br/>
        <w:br/>
        <w:t xml:space="preserve">  // 【必须】时间戳（单位：秒）</w:t>
        <w:br/>
        <w:t xml:space="preserve">  timestamp: 1736928042,</w:t>
        <w:br/>
        <w:br/>
        <w:t xml:space="preserve">  // 【必须】随机字符串</w:t>
        <w:br/>
        <w:t xml:space="preserve">  noncestr: "65cdfefecaf3a0c4",</w:t>
        <w:br/>
        <w:br/>
        <w:t xml:space="preserve">  // 【必须】签名（生成的签名）,最好在服务端做，防止密钥泄漏</w:t>
        <w:br/>
        <w:t xml:space="preserve">  signature: "your generated signature",</w:t>
        <w:br/>
        <w:br/>
        <w:t xml:space="preserve">  // 【可选】水印 ID</w:t>
        <w:br/>
        <w:t xml:space="preserve">  watermarkId: watermarkId,</w:t>
        <w:br/>
        <w:br/>
        <w:t xml:space="preserve">  // 【可选】自定义水印标题</w:t>
        <w:br/>
        <w:t xml:space="preserve">  title: "自定义会议标题",</w:t>
        <w:br/>
        <w:br/>
        <w:t xml:space="preserve">  // 【可选】自定义水印中的 Logo 图片 URL</w:t>
        <w:br/>
        <w:t xml:space="preserve">  logoUrl: "",</w:t>
        <w:br/>
        <w:br/>
        <w:t xml:space="preserve">  // 【可选】自定义水印中的项内容</w:t>
        <w:br/>
        <w:t xml:space="preserve">  customInputItems: {</w:t>
        <w:br/>
        <w:t xml:space="preserve">    "会议名称": "这是自定义的会议名称",</w:t>
        <w:br/>
        <w:t xml:space="preserve">    "会议类型": "这是自定义的会议类型",</w:t>
        <w:br/>
        <w:t xml:space="preserve">  },</w:t>
        <w:br/>
        <w:br/>
        <w:t xml:space="preserve">  // 【可选】最大拍摄照片张数</w:t>
        <w:br/>
        <w:t xml:space="preserve">  maxImageCount: 1,</w:t>
        <w:br/>
        <w:br/>
        <w:t xml:space="preserve">  // 【可选】输出log回调</w:t>
        <w:br/>
        <w:t xml:space="preserve">  enableLogMessage: true,</w:t>
        <w:br/>
        <w:br/>
        <w:t xml:space="preserve">  // 【可选】关闭右下角官方水印</w:t>
        <w:br/>
        <w:t xml:space="preserve">  disableOffcialWatermark: false,</w:t>
        <w:br/>
        <w:br/>
        <w:t xml:space="preserve">  // 【可选】禁止水印拖动</w:t>
        <w:br/>
        <w:t xml:space="preserve">  disableWatermarkDragging: false,</w:t>
        <w:br/>
        <w:t>});</w:t>
      </w:r>
    </w:p>
    <w:p>
      <w:pPr>
        <w:pStyle w:val="Heading4"/>
      </w:pPr>
      <w:r>
        <w:t>设置回调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maxImageCount为1时回调，拍照成功回调</w:t>
        <w:br/>
        <w:t>camera.onSuccess((imageBase64Data, userCommentObject) =&gt; {</w:t>
        <w:br/>
        <w:t xml:space="preserve">  // imageBase64Data 是图片的 Base64 数据</w:t>
        <w:br/>
        <w:t xml:space="preserve">  // userCommentObject 有水印信息</w:t>
        <w:br/>
        <w:t xml:space="preserve">  this.imageUrl = imageBase64Data;</w:t>
        <w:br/>
        <w:t xml:space="preserve">  console.log("拍照成功");</w:t>
        <w:br/>
        <w:t>});</w:t>
        <w:br/>
        <w:br/>
        <w:t>// 取消操作回调</w:t>
        <w:br/>
        <w:t>camera.onCancel(() =&gt; {</w:t>
        <w:br/>
        <w:t xml:space="preserve">  console.log("取消操作");</w:t>
        <w:br/>
        <w:t>});</w:t>
        <w:br/>
        <w:br/>
        <w:t>// 错误回调</w:t>
        <w:br/>
        <w:t>camera.onError((error) =&gt; {</w:t>
        <w:br/>
        <w:t xml:space="preserve">  console.error("发生错误:", error);</w:t>
        <w:br/>
        <w:t>});</w:t>
        <w:br/>
        <w:br/>
        <w:t>// maxImageCount大于1时回调</w:t>
        <w:br/>
        <w:t>camera.onCaptureStillImages((imageBase64DataArray) =&gt; {</w:t>
        <w:br/>
        <w:t xml:space="preserve">  console.log("拍照成功:", imageBase64DataArray);</w:t>
        <w:br/>
        <w:t xml:space="preserve">  this.splitLogos = imageBase64DataArray.map((imageBase64Data) =&gt; [</w:t>
        <w:br/>
        <w:t xml:space="preserve">    { url: imageBase64Data },</w:t>
        <w:br/>
        <w:t xml:space="preserve">  ]);</w:t>
        <w:br/>
        <w:t>});</w:t>
        <w:br/>
        <w:br/>
        <w:t>// logInfo回调</w:t>
        <w:br/>
        <w:t>camera.onLogInfo((message) =&gt; {</w:t>
        <w:br/>
        <w:t xml:space="preserve">  console.log(message);</w:t>
        <w:br/>
        <w:t>});</w:t>
        <w:br/>
        <w:br/>
        <w:t>// logError回调</w:t>
        <w:br/>
        <w:t>camera.onLogError((message) =&gt; {</w:t>
        <w:br/>
        <w:t xml:space="preserve">  console.error(message);</w:t>
        <w:br/>
        <w:t>});</w:t>
        <w:br/>
        <w:br/>
        <w:t>// logWarn回调</w:t>
        <w:br/>
        <w:t>camera.onLogWarn((message) =&gt; {</w:t>
        <w:br/>
        <w:t xml:space="preserve">  console.warn(message);</w:t>
        <w:br/>
        <w:t>});</w:t>
      </w:r>
    </w:p>
    <w:p>
      <w:pPr>
        <w:pStyle w:val="Heading4"/>
      </w:pPr>
      <w:r>
        <w:t>开始拍照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camera.takePhoto();</w:t>
      </w:r>
    </w:p>
    <w:p>
      <w:pPr>
        <w:pStyle w:val="Heading4"/>
      </w:pPr>
      <w:r>
        <w:t>主动关闭拍照页</w:t>
      </w:r>
    </w:p>
    <w:p>
      <w:r>
        <w:t>一般情况下不需要手动调用下面的方法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关闭拍照页</w:t>
        <w:br/>
        <w:t>camera.cancel()</w:t>
        <w:br/>
        <w:br/>
        <w:t>// 彻底释放相机页面资源，在某些环境下，再次打开相机拍照页可能会需要再次授权相机权限；</w:t>
        <w:br/>
        <w:t>camera.dispose()</w:t>
      </w:r>
    </w:p>
    <w:p>
      <w:pPr>
        <w:pStyle w:val="Heading3"/>
      </w:pPr>
      <w:r>
        <w:t>Flutter 版本</w:t>
      </w:r>
    </w:p>
    <w:p>
      <w:pPr>
        <w:pStyle w:val="Heading4"/>
      </w:pPr>
      <w:r>
        <w:t>请向商务获取最新版本 SDK、appid、secretkey；</w:t>
      </w:r>
    </w:p>
    <w:p>
      <w:r>
        <w:t>添加依赖：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YAML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dependencies:</w:t>
        <w:br/>
        <w:t xml:space="preserve">  flutter:</w:t>
        <w:br/>
        <w:t xml:space="preserve">    sdk: flutter</w:t>
        <w:br/>
        <w:t xml:space="preserve">  plugin_platform_interface: ^2.0.2</w:t>
        <w:br/>
        <w:br/>
        <w:t xml:space="preserve">  xheycamerasdk:</w:t>
        <w:br/>
        <w:t xml:space="preserve">    # SDK 路径</w:t>
        <w:br/>
        <w:t xml:space="preserve">    path: ../xheycamerasdk</w:t>
      </w:r>
    </w:p>
    <w:p>
      <w:r>
        <w:t>在 AndroidManifest.xml 里声明权限：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&lt;uses-permission android:name="android.permission.INTERNET" /&gt;</w:t>
        <w:br/>
        <w:t>&lt;uses-permission android:name="android.permission.CAMERA" /&gt;</w:t>
        <w:br/>
        <w:t>&lt;uses-permission android:name="android.permission.ACCESS_FINE_LOCATION" /&gt;</w:t>
        <w:br/>
        <w:t>&lt;uses-permission android:name="android.permission.ACCESS_COARSE_LOCATION" /&gt;</w:t>
        <w:br/>
        <w:t>&lt;uses-feature android:name="android.hardware.camera" android:required="true" /&gt;</w:t>
      </w:r>
    </w:p>
    <w:p>
      <w:r>
        <w:t>iOS info.plist 里声明权限：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&lt;key&gt;NSLocationAlwaysAndWhenInUseUsageDescription&lt;/key&gt;</w:t>
        <w:br/>
        <w:t>&lt;string&gt;我们需要精确的位置信息来提供准确的服务&lt;/string&gt;</w:t>
        <w:br/>
        <w:t>&lt;key&gt;NSLocationAccuracy&lt;/key&gt;</w:t>
        <w:br/>
        <w:t>&lt;string&gt;我们需要精确的位置信息来提供准确的服务&lt;/string&gt;</w:t>
        <w:br/>
        <w:t>&lt;key&gt;NSLocationWhenInUseUsageDescription&lt;/key&gt;</w:t>
        <w:br/>
        <w:t>&lt;string&gt;我们需要在后台获取您的位置来提供服务&lt;/string&gt;</w:t>
        <w:br/>
        <w:t>&lt;key&gt;NSCameraUsageDescription&lt;/key&gt;</w:t>
        <w:br/>
        <w:t>&lt;string&gt;我们需要使用您的相机来拍摄照片&lt;/string&gt;</w:t>
      </w:r>
    </w:p>
    <w:p>
      <w:r>
        <w:t>iOS Podfile 配置（按 SDK example）：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RUBY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target 'Runner' do</w:t>
        <w:br/>
        <w:t xml:space="preserve">  # use_frameworks!</w:t>
        <w:br/>
        <w:br/>
        <w:t xml:space="preserve">  flutter_install_all_ios_pods File.dirname(File.realpath(__FILE__))</w:t>
        <w:br/>
        <w:t xml:space="preserve">  target 'RunnerTests' do</w:t>
        <w:br/>
        <w:t xml:space="preserve">    inherit! :search_paths</w:t>
        <w:br/>
        <w:t xml:space="preserve">  end</w:t>
        <w:br/>
        <w:t>end</w:t>
        <w:br/>
        <w:br/>
        <w:t>post_install do |installer|</w:t>
        <w:br/>
        <w:t xml:space="preserve">  installer.pods_project.targets.each do |target|</w:t>
        <w:br/>
        <w:t xml:space="preserve">    flutter_additional_ios_build_settings(target)</w:t>
        <w:br/>
        <w:br/>
        <w:t xml:space="preserve">    target.build_configurations.each do |config|</w:t>
        <w:br/>
        <w:t xml:space="preserve">      config.build_settings['GCC_PREPROCESSOR_DEFINITIONS'] ||= [</w:t>
        <w:br/>
        <w:t xml:space="preserve">        '$(inherited)',</w:t>
        <w:br/>
        <w:t xml:space="preserve">      ]</w:t>
        <w:br/>
        <w:t xml:space="preserve">      config.build_settings['ENABLE_BITCODE'] = 'NO'</w:t>
        <w:br/>
        <w:t xml:space="preserve">      config.build_settings['SWIFT_VERSION'] = '4.2'</w:t>
        <w:br/>
        <w:t xml:space="preserve">    end</w:t>
        <w:br/>
        <w:t xml:space="preserve">  end</w:t>
        <w:br/>
        <w:t>end</w:t>
      </w:r>
    </w:p>
    <w:p>
      <w:r>
        <w:t>拍照，创建 XheyCameraSdk 实例并跳转到拍照页面（参考 example/lib/main.dart）：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DART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void takePhoto(BuildContext context) {</w:t>
        <w:br/>
        <w:t xml:space="preserve">  _xheyCameraSdk = XheyCameraSdk(</w:t>
        <w:br/>
        <w:t xml:space="preserve">    appid: "your app id",</w:t>
        <w:br/>
        <w:t xml:space="preserve">    secretKey: "your secret key",</w:t>
        <w:br/>
        <w:t xml:space="preserve">    // 【可选】不传的话，用户可以自己选水印，传入的话就用配置的团队水印</w:t>
        <w:br/>
        <w:t xml:space="preserve">    groupWatermarkId: "",</w:t>
        <w:br/>
        <w:t xml:space="preserve">    delegate: MyXheyCameraSdkDelegate(state: this),</w:t>
        <w:br/>
        <w:t xml:space="preserve">  );</w:t>
        <w:br/>
        <w:t xml:space="preserve">  _xheyCameraSdk?.takePhoto();</w:t>
        <w:br/>
        <w:t>}</w:t>
      </w:r>
    </w:p>
    <w:p>
      <w:r>
        <w:t>设置结果回调：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DART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class MyXheyCameraSdkDelegate implements XheyCameraSdkDelegate {</w:t>
        <w:br/>
        <w:t xml:space="preserve">  final _MyAppState state;</w:t>
        <w:br/>
        <w:br/>
        <w:t xml:space="preserve">  MyXheyCameraSdkDelegate({required this.state});</w:t>
        <w:br/>
        <w:br/>
        <w:t xml:space="preserve">  @override</w:t>
        <w:br/>
        <w:t xml:space="preserve">  void onCancel() {</w:t>
        <w:br/>
        <w:t xml:space="preserve">    print("[MyApp]onCancel");</w:t>
        <w:br/>
        <w:t xml:space="preserve">  }</w:t>
        <w:br/>
        <w:br/>
        <w:t xml:space="preserve">  @override</w:t>
        <w:br/>
        <w:t xml:space="preserve">  void onSuccess(List&lt;Image&gt; images) {</w:t>
        <w:br/>
        <w:t xml:space="preserve">    if (images.isEmpty) {</w:t>
        <w:br/>
        <w:t xml:space="preserve">      print("[MyApp]onSuccess: No images");</w:t>
        <w:br/>
        <w:t xml:space="preserve">      return;</w:t>
        <w:br/>
        <w:t xml:space="preserve">    }</w:t>
        <w:br/>
        <w:br/>
        <w:t xml:space="preserve">    state.setState(() {</w:t>
        <w:br/>
        <w:t xml:space="preserve">      state._image = images.first;</w:t>
        <w:br/>
        <w:t xml:space="preserve">    });</w:t>
        <w:br/>
        <w:t xml:space="preserve">  }</w:t>
        <w:br/>
        <w:br/>
        <w:t xml:space="preserve">  @override</w:t>
        <w:br/>
        <w:t xml:space="preserve">  void onError(Error error) {</w:t>
        <w:br/>
        <w:t xml:space="preserve">    print("[MyApp]error: $error");</w:t>
        <w:br/>
        <w:t xml:space="preserve">  }</w:t>
        <w:br/>
        <w:t>}</w:t>
      </w:r>
    </w:p>
    <w:p>
      <w:r>
        <w:t>设置 log 回调：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DART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class MyLoggerDelegate implements LoggerDelegate {</w:t>
        <w:br/>
        <w:t xml:space="preserve">  static String _getCurrentTime() {</w:t>
        <w:br/>
        <w:t xml:space="preserve">    var now = DateTime.now();</w:t>
        <w:br/>
        <w:t xml:space="preserve">    var formatter = DateFormat('yyyy-MM-dd HH:mm:ss.SSS');</w:t>
        <w:br/>
        <w:t xml:space="preserve">    return formatter.format(now);</w:t>
        <w:br/>
        <w:t xml:space="preserve">  }</w:t>
        <w:br/>
        <w:br/>
        <w:t xml:space="preserve">  @override</w:t>
        <w:br/>
        <w:t xml:space="preserve">  void logInfo(String message) {</w:t>
        <w:br/>
        <w:t xml:space="preserve">    var currentTime = _getCurrentTime();</w:t>
        <w:br/>
        <w:t xml:space="preserve">    print("[$currentTime][INFO]$message");</w:t>
        <w:br/>
        <w:t xml:space="preserve">  }</w:t>
        <w:br/>
        <w:br/>
        <w:t xml:space="preserve">  @override</w:t>
        <w:br/>
        <w:t xml:space="preserve">  void logError(String message) {</w:t>
        <w:br/>
        <w:t xml:space="preserve">    var currentTime = _getCurrentTime();</w:t>
        <w:br/>
        <w:t xml:space="preserve">    print("[$currentTime][ERROR]$message");</w:t>
        <w:br/>
        <w:t xml:space="preserve">  }</w:t>
        <w:br/>
        <w:br/>
        <w:t xml:space="preserve">  @override</w:t>
        <w:br/>
        <w:t xml:space="preserve">  void logWarn(String message) {</w:t>
        <w:br/>
        <w:t xml:space="preserve">    var currentTime = _getCurrentTime();</w:t>
        <w:br/>
        <w:t xml:space="preserve">    print("[$currentTime][WARN]$message");</w:t>
        <w:br/>
        <w:t xml:space="preserve">  }</w:t>
        <w:br/>
        <w:t>}</w:t>
        <w:br/>
        <w:br/>
        <w:t>Logger.setDelegate(MyLoggerDelegate());</w:t>
      </w:r>
    </w:p>
    <w:p>
      <w:pPr>
        <w:pStyle w:val="Heading3"/>
      </w:pPr>
      <w:r>
        <w:t>iOS 版本</w:t>
      </w:r>
    </w:p>
    <w:p>
      <w:pPr>
        <w:pStyle w:val="Heading4"/>
      </w:pPr>
      <w:r>
        <w:t>请向商务获取最新版本 SDK、appid、secretkey；</w:t>
      </w:r>
    </w:p>
    <w:p>
      <w:r>
        <w:t>以下示例基于 XheyCameraSDK-v1.2.12.6c73e6eb.iOS.zip。</w:t>
      </w:r>
    </w:p>
    <w:p>
      <w:r>
        <w:t>将 XheyCameraSDK.xcframework 和 XheyCameraSDKResource.bundle 拖入工程（勾选 Copy items if needed）。</w:t>
      </w:r>
    </w:p>
    <w:p>
      <w:r>
        <w:t>iOS info.plist 里声明权限：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&lt;key&gt;NSLocationAlwaysAndWhenInUseUsageDescription&lt;/key&gt;</w:t>
        <w:br/>
        <w:t>&lt;string&gt;我们需要精确的位置信息来提供准确的服务&lt;/string&gt;</w:t>
        <w:br/>
        <w:t>&lt;key&gt;NSLocationAccuracy&lt;/key&gt;</w:t>
        <w:br/>
        <w:t>&lt;string&gt;我们需要精确的位置信息来提供准确的服务&lt;/string&gt;</w:t>
        <w:br/>
        <w:t>&lt;key&gt;NSLocationWhenInUseUsageDescription&lt;/key&gt;</w:t>
        <w:br/>
        <w:t>&lt;string&gt;我们需要在后台获取您的位置来提供服务&lt;/string&gt;</w:t>
        <w:br/>
        <w:t>&lt;key&gt;NSCameraUsageDescription&lt;/key&gt;</w:t>
        <w:br/>
        <w:t>&lt;string&gt;我们需要使用您的相机来拍摄照片&lt;/string&gt;</w:t>
      </w:r>
    </w:p>
    <w:p>
      <w:r>
        <w:t>打开拍照页进行拍照：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OBJECTIVE-C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- (IBAction)takePhotoButtonClicked:(UIButton *)sender {</w:t>
        <w:br/>
        <w:t xml:space="preserve">    XHCameraViewConfig *config = [[XHCameraViewConfig alloc] init];</w:t>
        <w:br/>
        <w:t xml:space="preserve">    config.appid = @"your app id";</w:t>
        <w:br/>
        <w:t xml:space="preserve">    config.secretKey = @"your secret key";</w:t>
        <w:br/>
        <w:t xml:space="preserve">    // 如果 needPhotoConfirm = YES，拍完会回调 willDismiss，业务处理完成后需手动调用 dimiss</w:t>
        <w:br/>
        <w:t xml:space="preserve">    config.needPhotoConfirm = NO;</w:t>
        <w:br/>
        <w:t xml:space="preserve">    config.maxImageCount = 9;</w:t>
        <w:br/>
        <w:t xml:space="preserve">    // 资源 bundle 路径</w:t>
        <w:br/>
        <w:t xml:space="preserve">    config.bundlePath = [[NSBundle mainBundle] pathForResource:@"XheyCameraSDKResource" ofType:@"bundle"];</w:t>
        <w:br/>
        <w:t xml:space="preserve">    // 可选：指定团队水印</w:t>
        <w:br/>
        <w:t xml:space="preserve">    // config.groupWatermarkId = @"your group watermark id";</w:t>
        <w:br/>
        <w:br/>
        <w:t xml:space="preserve">    self.cameraViewController = [[XHCameraViewController alloc] initWithConfig:config</w:t>
        <w:br/>
        <w:t xml:space="preserve">                                                                       delegate:self];</w:t>
        <w:br/>
        <w:t xml:space="preserve">    self.cameraViewController.modalPresentationStyle = UIModalPresentationFullScreen;</w:t>
        <w:br/>
        <w:t xml:space="preserve">    [self presentViewController:self.cameraViewController animated:YES completion:nil];</w:t>
        <w:br/>
        <w:t>}</w:t>
      </w:r>
    </w:p>
    <w:p>
      <w:r>
        <w:t>设置拍照结果回调（didCaptureStillImages 返回 NSArray&lt;NSData &gt; ，内容是 JPEG 二进制）：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OBJECTIVE-C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- (void)cameraViewController:(XHCameraViewController *)cameraViewController</w:t>
        <w:br/>
        <w:t xml:space="preserve">       didCaptureStillImages:(NSArray&lt;NSData *&gt; *)images {</w:t>
        <w:br/>
        <w:t xml:space="preserve">    NSLog(@"%s %d", __FUNCTION__, __LINE__);</w:t>
        <w:br/>
        <w:t xml:space="preserve">    for (NSInteger i = 0; i &lt; self.imageViews.count; ++i) {</w:t>
        <w:br/>
        <w:t xml:space="preserve">        if (i &gt;= images.count) {</w:t>
        <w:br/>
        <w:t xml:space="preserve">            self.imageViews[i].image = nil;</w:t>
        <w:br/>
        <w:t xml:space="preserve">            continue;</w:t>
        <w:br/>
        <w:t xml:space="preserve">        }</w:t>
        <w:br/>
        <w:t xml:space="preserve">        self.imageViews[i].image = [UIImage imageWithData:images[i]];</w:t>
        <w:br/>
        <w:t xml:space="preserve">    }</w:t>
        <w:br/>
        <w:t>}</w:t>
        <w:br/>
        <w:br/>
        <w:t>- (void)cameraViewControllerDidCancel:(XHCameraViewController *)cameraViewController {</w:t>
        <w:br/>
        <w:t xml:space="preserve">    NSLog(@"%s %d", __FUNCTION__, __LINE__);</w:t>
        <w:br/>
        <w:t xml:space="preserve">    self.cameraViewController = nil;</w:t>
        <w:br/>
        <w:t>}</w:t>
        <w:br/>
        <w:br/>
        <w:t>- (void)cameraViewController:(XHCameraViewController *)cameraViewController</w:t>
        <w:br/>
        <w:t xml:space="preserve">            didFailWithError:(NSError *)error {</w:t>
        <w:br/>
        <w:t xml:space="preserve">    NSLog(@"%s %d error: %@", __FUNCTION__, __LINE__, error);</w:t>
        <w:br/>
        <w:t xml:space="preserve">    self.cameraViewController = nil;</w:t>
        <w:br/>
        <w:t>}</w:t>
        <w:br/>
        <w:br/>
        <w:t>- (void)cameraViewControllerWillDismiss:(XHCameraViewController *)cameraViewController {</w:t>
        <w:br/>
        <w:t xml:space="preserve">    NSLog(@"%s %d", __FUNCTION__, __LINE__);</w:t>
        <w:br/>
        <w:t xml:space="preserve">    [self.cameraViewController dimiss];</w:t>
        <w:br/>
        <w:t>}</w:t>
      </w:r>
    </w:p>
    <w:p>
      <w:r>
        <w:t>设置 log 回调：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OBJECTIVE-C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@interface MyCameraLogger : NSObject &lt;XHCameraLoggerProtocol&gt;</w:t>
        <w:br/>
        <w:t>@end</w:t>
        <w:br/>
        <w:br/>
        <w:t>@implementation MyCameraLogger</w:t>
        <w:br/>
        <w:br/>
        <w:t>- (NSString *)currentTimestamp {</w:t>
        <w:br/>
        <w:t xml:space="preserve">    NSDateFormatter *formatter = [[NSDateFormatter alloc] init];</w:t>
        <w:br/>
        <w:t xml:space="preserve">    [formatter setDateFormat:@"yyyy-MM-dd HH:mm:ss.SSS"];</w:t>
        <w:br/>
        <w:t xml:space="preserve">    return [formatter stringFromDate:[NSDate date]];</w:t>
        <w:br/>
        <w:t>}</w:t>
        <w:br/>
        <w:br/>
        <w:t>- (NSString *)currentThreadID {</w:t>
        <w:br/>
        <w:t xml:space="preserve">    uint64_t tid;</w:t>
        <w:br/>
        <w:t xml:space="preserve">    pthread_threadid_np(NULL, &amp;tid);</w:t>
        <w:br/>
        <w:t xml:space="preserve">    return [NSString stringWithFormat:@"%llu", tid];</w:t>
        <w:br/>
        <w:t>}</w:t>
        <w:br/>
        <w:br/>
        <w:t>- (void)logInfo:(NSString *)info {</w:t>
        <w:br/>
        <w:t xml:space="preserve">    NSLog(@"[%@][%@][INFO] %@", [self currentTimestamp], [self currentThreadID], info);</w:t>
        <w:br/>
        <w:t>}</w:t>
        <w:br/>
        <w:br/>
        <w:t>- (void)logError:(NSString *)error {</w:t>
        <w:br/>
        <w:t xml:space="preserve">    NSLog(@"[%@][%@][ERROR] %@", [self currentTimestamp], [self currentThreadID], error);</w:t>
        <w:br/>
        <w:t>}</w:t>
        <w:br/>
        <w:br/>
        <w:t>- (void)logWarn:(NSString *)warn {</w:t>
        <w:br/>
        <w:t xml:space="preserve">    NSLog(@"[%@][%@][WARN] %@", [self currentTimestamp], [self currentThreadID], warn);</w:t>
        <w:br/>
        <w:t>}</w:t>
        <w:br/>
        <w:br/>
        <w:t>@end</w:t>
        <w:br/>
        <w:br/>
        <w:t>[XHCameraLogger registerLogger:[MyCameraLogger new]];</w:t>
      </w:r>
    </w:p>
    <w:p>
      <w:pPr>
        <w:pStyle w:val="Heading3"/>
      </w:pPr>
      <w:r>
        <w:t>Android 版本</w:t>
      </w:r>
    </w:p>
    <w:p>
      <w:pPr>
        <w:pStyle w:val="Heading4"/>
      </w:pPr>
      <w:r>
        <w:t>请向商务获取最新版本 SDK、appid、secretkey；</w:t>
      </w:r>
    </w:p>
    <w:p>
      <w:r>
        <w:t>以下示例基于 XheyCameraSDK-v1.2.12.6c73e6eb.Android.zip。</w:t>
      </w:r>
    </w:p>
    <w:p>
      <w:r>
        <w:t>将 xheycamerasdk-release.aar 放到 app/libs，将 XheyCameraSDKAssets 目录拷贝到 app/src/main/assets/。</w:t>
      </w:r>
    </w:p>
    <w:p>
      <w:r>
        <w:t>Gradle 依赖示例：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GROOVY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android {</w:t>
        <w:br/>
        <w:t xml:space="preserve">    // ...</w:t>
        <w:br/>
        <w:t>}</w:t>
        <w:br/>
        <w:br/>
        <w:t>repositories {</w:t>
        <w:br/>
        <w:t xml:space="preserve">    flatDir {</w:t>
        <w:br/>
        <w:t xml:space="preserve">        dirs 'libs'</w:t>
        <w:br/>
        <w:t xml:space="preserve">    }</w:t>
        <w:br/>
        <w:t>}</w:t>
        <w:br/>
        <w:br/>
        <w:t>dependencies {</w:t>
        <w:br/>
        <w:t xml:space="preserve">    implementation(name: 'xheycamerasdk-release', ext: 'aar')</w:t>
        <w:br/>
        <w:br/>
        <w:t xml:space="preserve">    def camerax_version = "1.3.4"</w:t>
        <w:br/>
        <w:t xml:space="preserve">    implementation "androidx.camera:camera-core:${camerax_version}"</w:t>
        <w:br/>
        <w:t xml:space="preserve">    implementation "androidx.camera:camera-camera2:${camerax_version}"</w:t>
        <w:br/>
        <w:t xml:space="preserve">    implementation "androidx.camera:camera-lifecycle:${camerax_version}"</w:t>
        <w:br/>
        <w:t xml:space="preserve">    implementation "androidx.camera:camera-view:${camerax_version}"</w:t>
        <w:br/>
        <w:t>}</w:t>
      </w:r>
    </w:p>
    <w:p>
      <w:r>
        <w:t>AndroidManifest.xml 申请权限：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&lt;uses-permission android:name="android.permission.INTERNET" /&gt;</w:t>
        <w:br/>
        <w:t>&lt;uses-permission android:name="android.permission.CAMERA" /&gt;</w:t>
        <w:br/>
        <w:t>&lt;uses-permission android:name="android.permission.ACCESS_FINE_LOCATION" /&gt;</w:t>
        <w:br/>
        <w:t>&lt;uses-permission android:name="android.permission.ACCESS_COARSE_LOCATION" /&gt;</w:t>
        <w:br/>
        <w:t>&lt;uses-feature android:name="android.hardware.camera" android:required="true" /&gt;</w:t>
      </w:r>
    </w:p>
    <w:p>
      <w:r>
        <w:t>拍照：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private void takePhoto() {</w:t>
        <w:br/>
        <w:t xml:space="preserve">    Intent intent = new Intent(this, CameraActivity.class);</w:t>
        <w:br/>
        <w:t xml:space="preserve">    intent.putExtra(CameraViewConfig.kAppid, "your app id");</w:t>
        <w:br/>
        <w:t xml:space="preserve">    intent.putExtra(CameraViewConfig.kSecretKey, "your secret key");</w:t>
        <w:br/>
        <w:t xml:space="preserve">    intent.putExtra(CameraViewConfig.kMaxImageCount, 9);</w:t>
        <w:br/>
        <w:t xml:space="preserve">    intent.putExtra(CameraViewConfig.kNeedPhotoConfirm, true);</w:t>
        <w:br/>
        <w:t xml:space="preserve">    // 资源路径（对应 app/src/main/assets/XheyCameraSDKAssets）</w:t>
        <w:br/>
        <w:t xml:space="preserve">    String resourceDir = "file:///android_asset/XheyCameraSDKAssets";</w:t>
        <w:br/>
        <w:t xml:space="preserve">    intent.putExtra(CameraViewConfig.kResourceDir, resourceDir);</w:t>
        <w:br/>
        <w:t xml:space="preserve">    // 可选：指定团队水印</w:t>
        <w:br/>
        <w:t xml:space="preserve">    // intent.putExtra(CameraViewConfig.kGroupWatermarkId, "your group watermark id");</w:t>
        <w:br/>
        <w:br/>
        <w:t xml:space="preserve">    EventBus.registerEvent(EventBus.EventName.kCameraActivityWillDismiss, eventBusDelegate);</w:t>
        <w:br/>
        <w:t xml:space="preserve">    someActivityResultLauncher.launch(intent);</w:t>
        <w:br/>
        <w:t>}</w:t>
      </w:r>
    </w:p>
    <w:p>
      <w:r>
        <w:t>如果 kNeedPhotoConfirm 为 true，需要注册 kCameraActivityWillDismiss 事件并在完成业务逻辑后手动关闭拍照页：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private final EventBus.EventBusDelegate eventBusDelegate = new EventBus.EventBusDelegate() {</w:t>
        <w:br/>
        <w:t xml:space="preserve">    @Override</w:t>
        <w:br/>
        <w:t xml:space="preserve">    public void onEvent(String event, Object data) {</w:t>
        <w:br/>
        <w:t xml:space="preserve">        Log.d("MainActivity", "onEvent: " + event);</w:t>
        <w:br/>
        <w:t xml:space="preserve">        EventBus.unregisterEvent(EventBus.EventName.kCameraActivityWillDismiss, eventBusDelegate);</w:t>
        <w:br/>
        <w:t xml:space="preserve">        EventBus.EventData.CameraActivityWillDismiss eventData =</w:t>
        <w:br/>
        <w:t xml:space="preserve">                (EventBus.EventData.CameraActivityWillDismiss) data;</w:t>
        <w:br/>
        <w:t xml:space="preserve">        CameraActivity cameraActivity = eventData.cameraActivity;</w:t>
        <w:br/>
        <w:t xml:space="preserve">        CameraActivity.Result result = eventData.result;</w:t>
        <w:br/>
        <w:t xml:space="preserve">        // 业务处理完后手动关闭</w:t>
        <w:br/>
        <w:t xml:space="preserve">        cameraActivity.dismiss();</w:t>
        <w:br/>
        <w:t xml:space="preserve">    }</w:t>
        <w:br/>
        <w:t>};</w:t>
      </w:r>
    </w:p>
    <w:p>
      <w:r>
        <w:t>获取拍照结果（CameraActivity.Result.images 类型为 List&lt;byte[]&gt;）：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ActivityResultLauncher&lt;Intent&gt; someActivityResultLauncher = registerForActivityResult(</w:t>
        <w:br/>
        <w:t xml:space="preserve">        new ActivityResultContracts.StartActivityForResult(),</w:t>
        <w:br/>
        <w:t xml:space="preserve">        result -&gt; {</w:t>
        <w:br/>
        <w:t xml:space="preserve">            Log.d("MainActivity", "onActivityResult: " + result.getResultCode());</w:t>
        <w:br/>
        <w:t xml:space="preserve">            if (result.getResultCode() == Activity.RESULT_OK) {</w:t>
        <w:br/>
        <w:t xml:space="preserve">                CameraActivity.Result myResult = CameraActivity.getResult();</w:t>
        <w:br/>
        <w:t xml:space="preserve">                if (myResult.error != null) {</w:t>
        <w:br/>
        <w:t xml:space="preserve">                    Log.e("MainActivity", "capture failed", myResult.error);</w:t>
        <w:br/>
        <w:t xml:space="preserve">                    return;</w:t>
        <w:br/>
        <w:t xml:space="preserve">                }</w:t>
        <w:br/>
        <w:t xml:space="preserve">                for (byte[] imageData : myResult.images) {</w:t>
        <w:br/>
        <w:t xml:space="preserve">                    Bitmap bitmap = BitmapFactory.decodeByteArray(imageData, 0, imageData.length);</w:t>
        <w:br/>
        <w:t xml:space="preserve">                    // TODO: 使用 bitmap（展示、上传、保存）</w:t>
        <w:br/>
        <w:t xml:space="preserve">                }</w:t>
        <w:br/>
        <w:t xml:space="preserve">                return;</w:t>
        <w:br/>
        <w:t xml:space="preserve">            }</w:t>
        <w:br/>
        <w:t xml:space="preserve">            if (result.getResultCode() == Activity.RESULT_CANCELED) {</w:t>
        <w:br/>
        <w:t xml:space="preserve">                Log.d("MainActivity", "RESULT_CANCELED");</w:t>
        <w:br/>
        <w:t xml:space="preserve">            }</w:t>
        <w:br/>
        <w:t xml:space="preserve">        });</w:t>
      </w:r>
    </w:p>
    <w:p>
      <w:r>
        <w:t>设置 log 回调：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Logger.setDelegate(new Logger.LoggerDelegate() {</w:t>
        <w:br/>
        <w:t xml:space="preserve">    @Override</w:t>
        <w:br/>
        <w:t xml:space="preserve">    public void logInfo(String tag, String message) {</w:t>
        <w:br/>
        <w:t xml:space="preserve">        Log.i(tag, message);</w:t>
        <w:br/>
        <w:t xml:space="preserve">    }</w:t>
        <w:br/>
        <w:br/>
        <w:t xml:space="preserve">    @Override</w:t>
        <w:br/>
        <w:t xml:space="preserve">    public void logError(String tag, String message) {</w:t>
        <w:br/>
        <w:t xml:space="preserve">        Log.e(tag, message);</w:t>
        <w:br/>
        <w:t xml:space="preserve">    }</w:t>
        <w:br/>
        <w:br/>
        <w:t xml:space="preserve">    @Override</w:t>
        <w:br/>
        <w:t xml:space="preserve">    public void logWarn(String tag, String message) {</w:t>
        <w:br/>
        <w:t xml:space="preserve">        Log.w(tag, message);</w:t>
        <w:br/>
        <w:t xml:space="preserve">    }</w:t>
        <w:br/>
        <w:t>});</w:t>
      </w:r>
    </w:p>
    <w:p>
      <w:pPr>
        <w:pStyle w:val="Heading3"/>
      </w:pPr>
      <w:r>
        <w:t>Uni-app 版本</w:t>
      </w:r>
    </w:p>
    <w:p>
      <w:pPr>
        <w:pStyle w:val="Heading4"/>
      </w:pPr>
      <w:r>
        <w:t>请向商务获取最新版本 SDK、appid、secretkey；</w:t>
      </w:r>
    </w:p>
    <w:p>
      <w:r>
        <w:t>以下示例基于 XCCameraModule 2.zip（插件版本 1.0.0）。</w:t>
      </w:r>
    </w:p>
    <w:p>
      <w:pPr>
        <w:pStyle w:val="Heading4"/>
      </w:pPr>
      <w:r>
        <w:t>安装原生插件</w:t>
      </w:r>
    </w:p>
    <w:p>
      <w:pPr>
        <w:pStyle w:val="ListNumber"/>
      </w:pPr>
      <w:r>
        <w:t>解压 XCCameraModule 2.zip，将 XCCameraModule 目录放到项目 nativeplugins/ 目录下。</w:t>
      </w:r>
    </w:p>
    <w:p>
      <w:pPr>
        <w:pStyle w:val="ListNumber"/>
      </w:pPr>
      <w:r>
        <w:t>在 HBuilderX 中重新生成自定义基座（或云打包），确保原生插件被编入安装包。</w:t>
      </w:r>
    </w:p>
    <w:p>
      <w:pPr>
        <w:pStyle w:val="Heading4"/>
      </w:pPr>
      <w:r>
        <w:t>权限配置</w:t>
      </w:r>
    </w:p>
    <w:p>
      <w:r>
        <w:t>manifest.json 中确保包含相机和定位权限。</w:t>
      </w:r>
    </w:p>
    <w:p>
      <w:r>
        <w:t>iOS plist 示例：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JSON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"NSCameraUsageDescription": "用于拍照",</w:t>
        <w:br/>
        <w:t xml:space="preserve">  "NSLocationWhenInUseUsageDescription": "用于获取拍照地点",</w:t>
        <w:br/>
        <w:t xml:space="preserve">  "NSLocationAlwaysAndWhenInUseUsageDescription": "用于获取拍照地点"</w:t>
        <w:br/>
        <w:t>}</w:t>
      </w:r>
    </w:p>
    <w:p>
      <w:r>
        <w:t>Android 权限示例：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&lt;uses-permission android:name="android.permission.INTERNET" /&gt;</w:t>
        <w:br/>
        <w:t>&lt;uses-permission android:name="android.permission.CAMERA" /&gt;</w:t>
        <w:br/>
        <w:t>&lt;uses-permission android:name="android.permission.ACCESS_FINE_LOCATION" /&gt;</w:t>
        <w:br/>
        <w:t>&lt;uses-permission android:name="android.permission.ACCESS_COARSE_LOCATION" /&gt;</w:t>
      </w:r>
    </w:p>
    <w:p>
      <w:pPr>
        <w:pStyle w:val="Heading4"/>
      </w:pPr>
      <w:r>
        <w:t>调用方式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const xcCameraModule = uni.requireNativePlugin("XCCameraModule");</w:t>
        <w:br/>
        <w:br/>
        <w:t>xcCameraModule.takePhotoWithAppId(</w:t>
        <w:br/>
        <w:t xml:space="preserve">  "your app id",</w:t>
        <w:br/>
        <w:t xml:space="preserve">  "your secret key",</w:t>
        <w:br/>
        <w:t xml:space="preserve">  9, // maxImageCount</w:t>
        <w:br/>
        <w:t xml:space="preserve">  "", // groupWatermarkId，可选</w:t>
        <w:br/>
        <w:t xml:space="preserve">  true, // needPhotoConfirm，建议传 true</w:t>
        <w:br/>
        <w:t xml:space="preserve">  (res) =&gt; {</w:t>
        <w:br/>
        <w:t xml:space="preserve">    // imageDatas 是 JSON 字符串；解析后每项为 base64 图片（通常带 data:image/jpg;base64, 前缀）</w:t>
        <w:br/>
        <w:t xml:space="preserve">    console.log("capture success:", JSON.parse(res?.imageDatas || "[]"));</w:t>
        <w:br/>
        <w:br/>
        <w:t xml:space="preserve">    // 失败场景可关注：</w:t>
        <w:br/>
        <w:t xml:space="preserve">    // res.error / res.errorCode</w:t>
        <w:br/>
        <w:t xml:space="preserve">  },</w:t>
        <w:br/>
        <w:t>);</w:t>
      </w:r>
    </w:p>
    <w:p>
      <w:pPr>
        <w:pStyle w:val="Heading3"/>
      </w:pPr>
      <w:r>
        <w:t>微信小程序版本</w:t>
      </w:r>
    </w:p>
    <w:p>
      <w:pPr>
        <w:pStyle w:val="Heading4"/>
      </w:pPr>
      <w:r>
        <w:t>请向商务获取插件信息：appid、secretkey、最新插件版本号等；签名生成方法参考当前文档鉴权部分</w:t>
      </w:r>
    </w:p>
    <w:p>
      <w:pPr>
        <w:pStyle w:val="Heading4"/>
      </w:pPr>
      <w:r>
        <w:t>安装插件</w:t>
      </w:r>
    </w:p>
    <w:p>
      <w:r>
        <w:t>在 app.json 中声明插件：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JSON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"plugins": {</w:t>
        <w:br/>
        <w:t xml:space="preserve">    "XCameraWXMiniPlugin": {</w:t>
        <w:br/>
        <w:t xml:space="preserve">      "version": "1.0.60",</w:t>
        <w:br/>
        <w:t xml:space="preserve">      "provider": "wx2978946aed99cf6f"</w:t>
        <w:br/>
        <w:t xml:space="preserve">    }</w:t>
        <w:br/>
        <w:t xml:space="preserve">  }</w:t>
        <w:br/>
        <w:t>}</w:t>
      </w:r>
    </w:p>
    <w:p>
      <w:pPr>
        <w:pStyle w:val="Heading4"/>
      </w:pPr>
      <w:r>
        <w:t>权限配置</w:t>
      </w:r>
    </w:p>
    <w:p>
      <w:r>
        <w:t>在 app.json 中配置必要权限：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JSON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"permission": {</w:t>
        <w:br/>
        <w:t xml:space="preserve">    "scope.camera": {</w:t>
        <w:br/>
        <w:t xml:space="preserve">      "desc": "用于拍照功能"</w:t>
        <w:br/>
        <w:t xml:space="preserve">    },</w:t>
        <w:br/>
        <w:t xml:space="preserve">    "scope.userLocation": {</w:t>
        <w:br/>
        <w:t xml:space="preserve">      "desc": "用于获取位置信息"</w:t>
        <w:br/>
        <w:t xml:space="preserve">    }</w:t>
        <w:br/>
        <w:t xml:space="preserve">  }</w:t>
        <w:br/>
        <w:t>}</w:t>
      </w:r>
    </w:p>
    <w:p>
      <w:pPr>
        <w:pStyle w:val="Heading4"/>
      </w:pPr>
      <w:r>
        <w:t>基础库要求</w:t>
      </w:r>
    </w:p>
    <w:p>
      <w:pPr>
        <w:pStyle w:val="ListBullet"/>
      </w:pPr>
      <w:r>
        <w:t>微信小程序基础库 2.19.4+</w:t>
      </w:r>
    </w:p>
    <w:p>
      <w:pPr>
        <w:pStyle w:val="ListBullet"/>
      </w:pPr>
      <w:r>
        <w:t>支持插件开发模式</w:t>
      </w:r>
    </w:p>
    <w:p>
      <w:pPr>
        <w:pStyle w:val="Heading4"/>
      </w:pPr>
      <w:r>
        <w:t>Page基本调用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打开相机页面</w:t>
        <w:br/>
        <w:t>wx.navigateTo({</w:t>
        <w:br/>
        <w:t xml:space="preserve">  url: "plugin://XCameraWXMiniPlugin/camera-page",</w:t>
        <w:br/>
        <w:t xml:space="preserve">  events: {</w:t>
        <w:br/>
        <w:t xml:space="preserve">    onPluginResult: (data) =&gt; {</w:t>
        <w:br/>
        <w:t xml:space="preserve">      console.log("拍照结果:", data.result);</w:t>
        <w:br/>
        <w:t xml:space="preserve">      console.log("照片信息:", data.userCommentObject);</w:t>
        <w:br/>
        <w:t xml:space="preserve">    },</w:t>
        <w:br/>
        <w:t xml:space="preserve">  },</w:t>
        <w:br/>
        <w:t>});</w:t>
      </w:r>
    </w:p>
    <w:p>
      <w:pPr>
        <w:pStyle w:val="Heading5"/>
      </w:pPr>
      <w:r>
        <w:t>完整示例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Page({</w:t>
        <w:br/>
        <w:t xml:space="preserve">  data: {</w:t>
        <w:br/>
        <w:t xml:space="preserve">    photoResult: "",</w:t>
        <w:br/>
        <w:t xml:space="preserve">  },</w:t>
        <w:br/>
        <w:br/>
        <w:t xml:space="preserve">  // 打开相机</w:t>
        <w:br/>
        <w:t xml:space="preserve">  openCamera() {</w:t>
        <w:br/>
        <w:t xml:space="preserve">    wx.navigateTo({</w:t>
        <w:br/>
        <w:t xml:space="preserve">      url: "plugin://XCameraWXMiniPlugin/camera-page",</w:t>
        <w:br/>
        <w:t xml:space="preserve">      events: {</w:t>
        <w:br/>
        <w:t xml:space="preserve">        onPluginResult: this.handlePhotoResult.bind(this),</w:t>
        <w:br/>
        <w:t xml:space="preserve">      },</w:t>
        <w:br/>
        <w:t xml:space="preserve">    });</w:t>
        <w:br/>
        <w:t xml:space="preserve">  },</w:t>
        <w:br/>
        <w:br/>
        <w:t xml:space="preserve">  // 处理拍照结果</w:t>
        <w:br/>
        <w:t xml:space="preserve">  handlePhotoResult(data) {</w:t>
        <w:br/>
        <w:t xml:space="preserve">    if (data.result) {</w:t>
        <w:br/>
        <w:t xml:space="preserve">      this.setData({</w:t>
        <w:br/>
        <w:t xml:space="preserve">        photoResult: data.result,</w:t>
        <w:br/>
        <w:t xml:space="preserve">        userComment: data.userCommentObject,</w:t>
        <w:br/>
        <w:t xml:space="preserve">      });</w:t>
        <w:br/>
        <w:t xml:space="preserve">      wx.showToast({</w:t>
        <w:br/>
        <w:t xml:space="preserve">        title: "拍照成功！",</w:t>
        <w:br/>
        <w:t xml:space="preserve">        icon: "success",</w:t>
        <w:br/>
        <w:t xml:space="preserve">      });</w:t>
        <w:br/>
        <w:t xml:space="preserve">    } else {</w:t>
        <w:br/>
        <w:t xml:space="preserve">      wx.showToast({</w:t>
        <w:br/>
        <w:t xml:space="preserve">        title: "拍照取消",</w:t>
        <w:br/>
        <w:t xml:space="preserve">        icon: "none",</w:t>
        <w:br/>
        <w:t xml:space="preserve">      });</w:t>
        <w:br/>
        <w:t xml:space="preserve">    }</w:t>
        <w:br/>
        <w:t xml:space="preserve">  },</w:t>
        <w:br/>
        <w:t>});</w:t>
      </w:r>
    </w:p>
    <w:p>
      <w:pPr>
        <w:pStyle w:val="Heading5"/>
      </w:pPr>
      <w:r>
        <w:t>带参数调用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const params = {</w:t>
        <w:br/>
        <w:t xml:space="preserve">  appid: "",</w:t>
        <w:br/>
        <w:t xml:space="preserve">  noncestr: "",</w:t>
        <w:br/>
        <w:t xml:space="preserve">  timestamp: 1752804199,</w:t>
        <w:br/>
        <w:t xml:space="preserve">  signature: encodeURIComponent(""), //signature可能存在特殊符号，需要提前处理encodeURIComponent</w:t>
        <w:br/>
        <w:t xml:space="preserve">  groupWatermarkId: "", // 使用平台配置的水印</w:t>
        <w:br/>
        <w:t xml:space="preserve">  disableOffcialWatermark: true, // 禁用官方水印</w:t>
        <w:br/>
        <w:t xml:space="preserve">  disableWatermarkDragging: true, // 禁用水印拖拽</w:t>
        <w:br/>
        <w:t xml:space="preserve">  maxImageCount: 3, // 最多拍摄3张</w:t>
        <w:br/>
        <w:t xml:space="preserve">  customInputItems: encodeURIComponent(</w:t>
        <w:br/>
        <w:t xml:space="preserve">    JSON.stringify([</w:t>
        <w:br/>
        <w:t xml:space="preserve">      { title: "会议名称", content: "自定义会议名称" },</w:t>
        <w:br/>
        <w:t xml:space="preserve">      { title: "会议类型", content: "自定义会议类型" },</w:t>
        <w:br/>
        <w:t xml:space="preserve">      { title: "负责员工", content: "ABC" },</w:t>
        <w:br/>
        <w:t xml:space="preserve">    ]),</w:t>
        <w:br/>
        <w:t xml:space="preserve">  ),</w:t>
        <w:br/>
        <w:t>};</w:t>
        <w:br/>
        <w:br/>
        <w:t>const query = Object.entries(params)</w:t>
        <w:br/>
        <w:t xml:space="preserve">  .map(([key, value]) =&gt; `${key}=${value}`)</w:t>
        <w:br/>
        <w:t xml:space="preserve">  .join("&amp;");</w:t>
        <w:br/>
        <w:br/>
        <w:t>wx.navigateTo({</w:t>
        <w:br/>
        <w:t xml:space="preserve">  url: `plugin://XCameraWXMiniPlugin/camera-page?${query}`,</w:t>
        <w:br/>
        <w:t xml:space="preserve">  events: {</w:t>
        <w:br/>
        <w:t xml:space="preserve">    onPluginResult: this.handlePhotoResult.bind(this),</w:t>
        <w:br/>
        <w:t xml:space="preserve">  },</w:t>
        <w:br/>
        <w:t>});</w:t>
      </w:r>
    </w:p>
    <w:p>
      <w:pPr>
        <w:pStyle w:val="Heading4"/>
      </w:pPr>
      <w:r>
        <w:t>Component基本调用</w:t>
      </w:r>
    </w:p>
    <w:p>
      <w:pPr>
        <w:pStyle w:val="Heading5"/>
      </w:pPr>
      <w:r>
        <w:t>带参数调用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&lt;camera-component</w:t>
        <w:br/>
        <w:t xml:space="preserve">      appid="{{appid}}"</w:t>
        <w:br/>
        <w:t xml:space="preserve">      noncestr="{{noncestr}}"</w:t>
        <w:br/>
        <w:t xml:space="preserve">      timestamp="{{timestamp}}"</w:t>
        <w:br/>
        <w:t xml:space="preserve">      signature="{{signature}}"</w:t>
        <w:br/>
        <w:t xml:space="preserve">      takingPhoto="{{takingPhoto}}"</w:t>
        <w:br/>
        <w:t xml:space="preserve">      disable-photo-confirm="{{false}}"</w:t>
        <w:br/>
        <w:t xml:space="preserve">      enable-custom-watermark="{{false}}"</w:t>
        <w:br/>
        <w:t xml:space="preserve">      watermark-title="会议记录"</w:t>
        <w:br/>
        <w:t xml:space="preserve">      logo-url=""</w:t>
        <w:br/>
        <w:t xml:space="preserve">      flashMode="on"</w:t>
        <w:br/>
        <w:t xml:space="preserve">      cameraPosition="front"</w:t>
        <w:br/>
        <w:t xml:space="preserve">      watermark-scale="1.0"</w:t>
        <w:br/>
        <w:t xml:space="preserve">      disable-offcial-watermark="{{false}}"</w:t>
        <w:br/>
        <w:t xml:space="preserve">      disable-watermark-dragging="{{false}}"</w:t>
        <w:br/>
        <w:t xml:space="preserve">      custom-input-items="{{customInputItems}}"</w:t>
        <w:br/>
        <w:t xml:space="preserve">      group-watermark-id="{{groupWatermarkId}}"</w:t>
        <w:br/>
        <w:t xml:space="preserve">      bind:result="onXcameraResult"</w:t>
        <w:br/>
        <w:t xml:space="preserve">    /&gt;</w:t>
      </w:r>
    </w:p>
    <w:p>
      <w:pPr>
        <w:pStyle w:val="Heading5"/>
      </w:pPr>
      <w:r>
        <w:t>新增交互控制属性：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属性名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默认值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取值/格式</w:t>
            </w:r>
          </w:p>
        </w:tc>
        <w:tc>
          <w:tcPr>
            <w:tcW w:type="dxa" w:w="190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行为说明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takingPhoto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false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true/false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设为 true 将触发一次拍照流程；组件内部完成后会自动复位为 false（由宿主决定是否复位，建议置回 false 以便下次触发）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cameraPosition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'back'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'back' 或 'front'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控制前后置摄像头；动态变更立即生效</w:t>
            </w:r>
          </w:p>
        </w:tc>
      </w:tr>
      <w:tr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flashMode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'off'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'off'/'on'/'auto'</w:t>
            </w:r>
          </w:p>
        </w:tc>
        <w:tc>
          <w:tcPr>
            <w:tcW w:type="dxa" w:w="190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控制闪光灯模式；动态变更立即生效</w:t>
            </w:r>
          </w:p>
        </w:tc>
      </w:tr>
    </w:tbl>
    <w:p>
      <w:pPr>
        <w:spacing w:after="40"/>
      </w:pPr>
    </w:p>
    <w:p>
      <w:pPr>
        <w:pStyle w:val="Heading4"/>
      </w:pPr>
      <w:r>
        <w:t>其他参数说明</w:t>
      </w:r>
    </w:p>
    <w:p>
      <w:pPr>
        <w:pStyle w:val="Heading5"/>
      </w:pPr>
      <w:r>
        <w:t>认证参数（必填）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参数名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默认值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说明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appid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应用ID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noncestr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随机字符串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Number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时间戳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signature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签名</w:t>
            </w:r>
          </w:p>
        </w:tc>
      </w:tr>
    </w:tbl>
    <w:p>
      <w:pPr>
        <w:spacing w:after="40"/>
      </w:pPr>
    </w:p>
    <w:p>
      <w:pPr>
        <w:pStyle w:val="Heading5"/>
      </w:pPr>
      <w:r>
        <w:t>水印配置参数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参数名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默认值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说明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groupWatermarkId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在今日水印相机平台上配置的水印模板ID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disableOffcialWatermark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false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是否禁用官方水印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disableWatermarkDragging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false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是否禁用水印拖拽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enableCustomWatermark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Boolean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false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是否支持用户自选水印</w:t>
            </w:r>
          </w:p>
        </w:tc>
      </w:tr>
    </w:tbl>
    <w:p>
      <w:pPr>
        <w:spacing w:after="40"/>
      </w:pPr>
    </w:p>
    <w:p>
      <w:pPr>
        <w:pStyle w:val="Heading5"/>
      </w:pPr>
      <w:r>
        <w:t>拍照功能参数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参数名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默认值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说明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maxImageCount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Number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最大拍摄数量</w:t>
            </w:r>
          </w:p>
        </w:tc>
      </w:tr>
    </w:tbl>
    <w:p>
      <w:pPr>
        <w:spacing w:after="40"/>
      </w:pPr>
    </w:p>
    <w:p>
      <w:pPr>
        <w:pStyle w:val="Heading5"/>
      </w:pPr>
      <w:r>
        <w:t>自定义功能参数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参数名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默认值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说明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customInputItems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自定义输入项（JSON字符串，若没有设置groupWatermarkId，则仅自定义水印模版支持展示，内容会直接作为条目。 若设置了groupWatermarkId，则customInputItems的内容会根据title内容替换到水印里）</w:t>
            </w:r>
          </w:p>
        </w:tc>
      </w:tr>
    </w:tbl>
    <w:p>
      <w:pPr>
        <w:spacing w:after="40"/>
      </w:pPr>
    </w:p>
    <w:p>
      <w:pPr>
        <w:pStyle w:val="Heading4"/>
      </w:pPr>
      <w:r>
        <w:t>回调机制</w:t>
      </w:r>
    </w:p>
    <w:p>
      <w:r>
        <w:t>通过页面引入的相机模块通过事件通道返回拍照结果，支持实时回调：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wx.navigateTo({</w:t>
        <w:br/>
        <w:t xml:space="preserve">  url: "plugin://XCameraWXMiniPlugin/camera-page",</w:t>
        <w:br/>
        <w:t xml:space="preserve">  events: {</w:t>
        <w:br/>
        <w:t xml:space="preserve">    onPluginResult: (data) =&gt; {</w:t>
        <w:br/>
        <w:t xml:space="preserve">      console.log("拍照结果:", data.result);</w:t>
        <w:br/>
        <w:t xml:space="preserve">      console.log("照片信息:", data.userCommentObject);</w:t>
        <w:br/>
        <w:t xml:space="preserve">      // data.result 是 Base64 格式的图片数据</w:t>
        <w:br/>
        <w:t xml:space="preserve">    },</w:t>
        <w:br/>
        <w:t xml:space="preserve">  },</w:t>
        <w:br/>
        <w:t>});</w:t>
      </w:r>
    </w:p>
    <w:p>
      <w:r>
        <w:t>通过组件引入的相机模块通过组件绑定事件返回拍照结果：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XML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&lt;camera-component</w:t>
        <w:br/>
        <w:t xml:space="preserve">  bind:result="onXCameraResult"</w:t>
        <w:br/>
        <w:t>/&gt;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JS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Page({</w:t>
        <w:br/>
        <w:t xml:space="preserve">  onXCameraResult(e) {</w:t>
        <w:br/>
        <w:t xml:space="preserve">    const { result, userCommentObject } = e.detail || {};</w:t>
        <w:br/>
        <w:t xml:space="preserve">  },</w:t>
        <w:br/>
        <w:t>});</w:t>
      </w:r>
    </w:p>
    <w:p>
      <w:pPr>
        <w:pStyle w:val="Heading4"/>
      </w:pPr>
      <w:r>
        <w:t>成功回调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result: "data:image/jpeg;base64,/9j/4AAQSkZJRgABAQAAAQ..." // Base64图片数据</w:t>
        <w:br/>
        <w:t xml:space="preserve">  userCommentObject: {</w:t>
        <w:br/>
        <w:t xml:space="preserve">    "data": {</w:t>
        <w:br/>
        <w:t xml:space="preserve">        "baseInfo": {</w:t>
        <w:br/>
        <w:t xml:space="preserve">            "altitude": "102.3",</w:t>
        <w:br/>
        <w:t xml:space="preserve">            "decibel": "",</w:t>
        <w:br/>
        <w:t xml:space="preserve">            "captureTimeClock": 0,</w:t>
        <w:br/>
        <w:t xml:space="preserve">            "frontRearCam": "rear",</w:t>
        <w:br/>
        <w:t xml:space="preserve">            "imageDirection": "",</w:t>
        <w:br/>
        <w:t xml:space="preserve">            "isSelfLocation": false,</w:t>
        <w:br/>
        <w:t xml:space="preserve">            "latitude": "39.6937632",</w:t>
        <w:br/>
        <w:t xml:space="preserve">            "location": "北京市通州区·老李草莓釆摘园",</w:t>
        <w:br/>
        <w:t xml:space="preserve">            "locationDetail": "",</w:t>
        <w:br/>
        <w:t xml:space="preserve">            "locationPoi": "",</w:t>
        <w:br/>
        <w:t xml:space="preserve">            "locationType": "4",</w:t>
        <w:br/>
        <w:t xml:space="preserve">            "longitude": "116.7036319",</w:t>
        <w:br/>
        <w:t xml:space="preserve">            "photoNumber": "",</w:t>
        <w:br/>
        <w:t xml:space="preserve">            "screenType": "2",</w:t>
        <w:br/>
        <w:t xml:space="preserve">            "speed": "0",</w:t>
        <w:br/>
        <w:t xml:space="preserve">            "time": "2025:09:02 11:00:24",</w:t>
        <w:br/>
        <w:t xml:space="preserve">            "timeType": "1",</w:t>
        <w:br/>
        <w:t xml:space="preserve">            "timeZone": "-480",</w:t>
        <w:br/>
        <w:t xml:space="preserve">            "ua": {</w:t>
        <w:br/>
        <w:t xml:space="preserve">                "appName": "XCamera-web",</w:t>
        <w:br/>
        <w:t xml:space="preserve">                "appVersion": "1.0.1",</w:t>
        <w:br/>
        <w:t xml:space="preserve">                "manufacturer": "",</w:t>
        <w:br/>
        <w:t xml:space="preserve">                "model": "",</w:t>
        <w:br/>
        <w:t xml:space="preserve">                "os": "",</w:t>
        <w:br/>
        <w:t xml:space="preserve">                "osVersion": ""</w:t>
        <w:br/>
        <w:t xml:space="preserve">            },</w:t>
        <w:br/>
        <w:t xml:space="preserve">            "weather": {</w:t>
        <w:br/>
        <w:t xml:space="preserve">                "type": "阴",</w:t>
        <w:br/>
        <w:t xml:space="preserve">                "temperature": 30</w:t>
        <w:br/>
        <w:t xml:space="preserve">            }</w:t>
        <w:br/>
        <w:t xml:space="preserve">        },</w:t>
        <w:br/>
        <w:t xml:space="preserve">        "fileName": "23f827f8-3376-4d51-b29c-dc58f14cf424.jpg",</w:t>
        <w:br/>
        <w:t xml:space="preserve">        "groupLocation": {</w:t>
        <w:br/>
        <w:t xml:space="preserve">            "groupID": "",</w:t>
        <w:br/>
        <w:t xml:space="preserve">            "locationID": ""</w:t>
        <w:br/>
        <w:t xml:space="preserve">        },</w:t>
        <w:br/>
        <w:t xml:space="preserve">        "groupWatermarkID": "74542b94-ef29-4fff-a9f3-68c5f2823c71",</w:t>
        <w:br/>
        <w:t xml:space="preserve">        "userID": "",</w:t>
        <w:br/>
        <w:t xml:space="preserve">        "watermarkBaseID": 10,</w:t>
        <w:br/>
        <w:t xml:space="preserve">        "watermarkContent": [</w:t>
        <w:br/>
        <w:br/>
        <w:t xml:space="preserve">        ],</w:t>
        <w:br/>
        <w:t xml:space="preserve">        "watermarkContentExtension": {</w:t>
        <w:br/>
        <w:t xml:space="preserve">            "antiFakeCode": "Y62GPC2CEUR6X4"</w:t>
        <w:br/>
        <w:t xml:space="preserve">        },</w:t>
        <w:br/>
        <w:t xml:space="preserve">        "watermarkFromGroupID": "",</w:t>
        <w:br/>
        <w:t xml:space="preserve">        "watermarkFromGroupId": "",</w:t>
        <w:br/>
        <w:t xml:space="preserve">        "watermarkID": "10"</w:t>
        <w:br/>
        <w:t xml:space="preserve">    },</w:t>
        <w:br/>
        <w:t xml:space="preserve">    "ver": "20220209"</w:t>
        <w:br/>
        <w:t xml:space="preserve">  }</w:t>
        <w:br/>
        <w:t>}</w:t>
      </w:r>
    </w:p>
    <w:p>
      <w:r>
        <w:t>失败回调：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result: null; // 拍照失败或用户取消</w:t>
        <w:br/>
        <w:t>}</w:t>
      </w:r>
    </w:p>
    <w:p>
      <w:pPr>
        <w:pStyle w:val="Heading5"/>
      </w:pPr>
      <w:r>
        <w:t>功能说明</w:t>
      </w:r>
    </w:p>
    <w:p>
      <w:r>
        <w:t>maxImageCount 功能：</w:t>
      </w:r>
    </w:p>
    <w:p>
      <w:pPr>
        <w:pStyle w:val="ListBullet"/>
      </w:pPr>
      <w:r>
        <w:t>当达到最大数量时，会自动显示提示并返回上一页</w:t>
      </w:r>
    </w:p>
    <w:p>
      <w:pPr>
        <w:pStyle w:val="ListBullet"/>
      </w:pPr>
      <w:r>
        <w:t>支持任意正整数设置（建议 1-10）</w:t>
      </w:r>
    </w:p>
    <w:p>
      <w:pPr>
        <w:pStyle w:val="ListBullet"/>
      </w:pPr>
      <w:r>
        <w:t>拍照失败时也会计入计数</w:t>
      </w:r>
    </w:p>
    <w:p>
      <w:pPr>
        <w:pStyle w:val="ListBullet"/>
      </w:pPr>
      <w:r>
        <w:t>每次拍照后都会发送回调，无论成功或失败</w:t>
      </w:r>
    </w:p>
    <w:p>
      <w:r>
        <w:t>customInputItems 功能：</w:t>
      </w:r>
    </w:p>
    <w:p>
      <w:pPr>
        <w:pStyle w:val="ListBullet"/>
      </w:pPr>
      <w:r>
        <w:t>必须使用 encodeURIComponent(JSON.stringify()) 进行编码</w:t>
      </w:r>
    </w:p>
    <w:p>
      <w:pPr>
        <w:pStyle w:val="ListBullet"/>
      </w:pPr>
      <w:r>
        <w:t>每个项目必须包含 title 和 content 字段</w:t>
      </w:r>
    </w:p>
    <w:p>
      <w:pPr>
        <w:pStyle w:val="ListBullet"/>
      </w:pPr>
      <w:r>
        <w:t>title需要对应水印条目的标题</w:t>
      </w:r>
    </w:p>
    <w:p>
      <w:pPr>
        <w:pStyle w:val="ListBullet"/>
      </w:pPr>
      <w:r>
        <w:t>无数量限制，建议不超过10个项目</w:t>
      </w:r>
    </w:p>
    <w:p>
      <w:pPr>
        <w:pStyle w:val="Heading4"/>
      </w:pPr>
      <w:r>
        <w:t>常见问题</w:t>
      </w:r>
    </w:p>
    <w:p>
      <w:r>
        <w:t>Q1: 插件无法加载怎么办？ A: 检查以下几点：</w:t>
      </w:r>
    </w:p>
    <w:p>
      <w:pPr>
        <w:pStyle w:val="ListNumber"/>
      </w:pPr>
      <w:r>
        <w:t>确认 app.json 中插件配置正确</w:t>
      </w:r>
    </w:p>
    <w:p>
      <w:pPr>
        <w:pStyle w:val="ListNumber"/>
      </w:pPr>
      <w:r>
        <w:t>插件使用申请是否已经通过(请联系商务获取支持)</w:t>
      </w:r>
    </w:p>
    <w:p>
      <w:pPr>
        <w:pStyle w:val="ListNumber"/>
      </w:pPr>
      <w:r>
        <w:t>检查基础库版本是否支持（2.19.4+）</w:t>
      </w:r>
    </w:p>
    <w:p>
      <w:pPr>
        <w:pStyle w:val="ListNumber"/>
      </w:pPr>
      <w:r>
        <w:t>确认插件提供者ID正确</w:t>
      </w:r>
    </w:p>
    <w:p>
      <w:pPr>
        <w:pStyle w:val="ListNumber"/>
      </w:pPr>
      <w:r>
        <w:t>检查网络连接是否正常</w:t>
      </w:r>
    </w:p>
    <w:p>
      <w:r>
        <w:t>Q2: 无法获得地点/时间等信息？ A：请检查：</w:t>
      </w:r>
    </w:p>
    <w:p>
      <w:pPr>
        <w:pStyle w:val="ListNumber"/>
      </w:pPr>
      <w:r>
        <w:t>鉴权信息是否正确？请参考下文“鉴权”</w:t>
      </w:r>
    </w:p>
    <w:p>
      <w:pPr>
        <w:pStyle w:val="ListNumber"/>
      </w:pPr>
      <w:r>
        <w:t>signature需要经过 encodeURIComponent() 处理，signature中可能存在特殊符号</w:t>
      </w:r>
    </w:p>
    <w:p>
      <w:pPr>
        <w:pStyle w:val="Heading2"/>
      </w:pPr>
      <w:r>
        <w:t>鉴权</w:t>
      </w:r>
    </w:p>
    <w:p>
      <w:r>
        <w:t>由于安全性的考虑，H5 版本需要业务方在自己的服务端搭建鉴权服务，Flutter、iOS、Android 不需要额外的鉴权服务。</w:t>
      </w:r>
    </w:p>
    <w:p>
      <w:r>
        <w:t>鉴权流程：</w:t>
      </w:r>
    </w:p>
    <w:p>
      <w:r/>
      <w:r>
        <w:t>/img/sdk/camera_sdk_img1.svg</w:t>
      </w:r>
    </w:p>
    <w:p>
      <w:pPr>
        <w:pStyle w:val="Heading3"/>
      </w:pPr>
      <w:r>
        <w:t>鉴权算法</w:t>
      </w:r>
    </w:p>
    <w:p>
      <w:r>
        <w:t>签名生成规则如下：</w:t>
      </w:r>
    </w:p>
    <w:p>
      <w:r>
        <w:t>参与签名的字段包括 appid(申请的 appid)，noncestr（随机字符串），timestamp（时间戳） 对所有待签名参数按照字段名的 ASCII 码从小到大排序（字典序）后，使用 URL 键值对的格式（即 key1=value1&amp;key2=value2…）拼接成字符串 string1，这里需要注意的是所有参数名均为小写字符。 对 string1 采用 HMAC-SHA256 签名，经过 Base64 编码 得到 signature</w:t>
      </w:r>
    </w:p>
    <w:p>
      <w:r>
        <w:t>签名有效期：24h</w:t>
      </w:r>
    </w:p>
    <w:p>
      <w:pPr>
        <w:pStyle w:val="Heading4"/>
      </w:pPr>
      <w:r>
        <w:t>示例：</w:t>
      </w:r>
    </w:p>
    <w:p>
      <w:r>
        <w:t>加签数据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appid=123455&amp;noncestr=U5YJHgUFrN&amp;timestamp=1736919106</w:t>
      </w:r>
    </w:p>
    <w:p>
      <w:r>
        <w:t>获取签名</w:t>
      </w:r>
    </w:p>
    <w:p>
      <w:r>
        <w:t>// data=appid=123455&amp;noncestr=U5YJHgUFrN×tamp=1736919106</w:t>
      </w:r>
    </w:p>
    <w:p>
      <w:r>
        <w:t>// secret=1ecfaaa70d389eb87731e41036560282</w:t>
      </w:r>
    </w:p>
    <w:p>
      <w:r>
        <w:t>// 得到 signature=StILozltCtcp28CQZbQX1myPwwjk4626aRt3/83R1dQ=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go代码示例 HMAC-SHA256 签名，输出格式 Base64</w:t>
        <w:br/>
        <w:t>func HmacSign(data string, secret string) (ret string) {</w:t>
        <w:br/>
        <w:tab/>
        <w:t>hmacObj := hmac.New(sha256.New, []byte(groupSecret))</w:t>
        <w:br/>
        <w:tab/>
        <w:t>hmacObj.Write([]byte(data))</w:t>
        <w:br/>
        <w:tab/>
        <w:t>ret = base64.StdEncoding.EncodeToString(hmacObj.Sum(nil))</w:t>
        <w:br/>
        <w:tab/>
        <w:t>return ret</w:t>
        <w:br/>
        <w:t>}</w:t>
      </w:r>
    </w:p>
    <w:p>
      <w:pPr>
        <w:pStyle w:val="Heading3"/>
      </w:pPr>
      <w:r>
        <w:t>鉴权代码参考</w:t>
      </w:r>
    </w:p>
    <w:p>
      <w:pPr>
        <w:pStyle w:val="Heading4"/>
      </w:pPr>
      <w:r>
        <w:t>JS 版本 1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generateSignature(params, secret) {</w:t>
        <w:br/>
        <w:t xml:space="preserve">  // 1. 对参数按照 ASCII 字典序排序</w:t>
        <w:br/>
        <w:t xml:space="preserve">  const sortedKeys = Object.keys(params).sort();</w:t>
        <w:br/>
        <w:br/>
        <w:t xml:space="preserve">  // 2. 拼接成 URL 键值对的格式</w:t>
        <w:br/>
        <w:t xml:space="preserve">  const data = sortedKeys.map((key) =&gt; `${key}=${params[key]}`).join("&amp;");</w:t>
        <w:br/>
        <w:br/>
        <w:t xml:space="preserve">  // 3. 使用 HMAC-SHA256 进行签名</w:t>
        <w:br/>
        <w:t xml:space="preserve">  const encoder = new TextEncoder();</w:t>
        <w:br/>
        <w:t xml:space="preserve">  const keyData = encoder.encode(secret);</w:t>
        <w:br/>
        <w:t xml:space="preserve">  const messageData = encoder.encode(data);</w:t>
        <w:br/>
        <w:br/>
        <w:t xml:space="preserve">  return crypto.subtle</w:t>
        <w:br/>
        <w:t xml:space="preserve">    .importKey(</w:t>
        <w:br/>
        <w:t xml:space="preserve">      "raw",</w:t>
        <w:br/>
        <w:t xml:space="preserve">      keyData,</w:t>
        <w:br/>
        <w:t xml:space="preserve">      { name: "HMAC", hash: { name: "SHA-256" } },</w:t>
        <w:br/>
        <w:t xml:space="preserve">      false,</w:t>
        <w:br/>
        <w:t xml:space="preserve">      ["sign"]</w:t>
        <w:br/>
        <w:t xml:space="preserve">    )</w:t>
        <w:br/>
        <w:t xml:space="preserve">    .then((key) =&gt; {</w:t>
        <w:br/>
        <w:t xml:space="preserve">      return crypto.subtle.sign("HMAC", key, messageData);</w:t>
        <w:br/>
        <w:t xml:space="preserve">    })</w:t>
        <w:br/>
        <w:t xml:space="preserve">    .then((signature) =&gt; {</w:t>
        <w:br/>
        <w:t xml:space="preserve">      // 4. 签名结果转换为 Base64</w:t>
        <w:br/>
        <w:t xml:space="preserve">      return btoa(String.fromCharCode(...new Uint8Array(signature)));</w:t>
        <w:br/>
        <w:t xml:space="preserve">    });</w:t>
        <w:br/>
        <w:t>}</w:t>
        <w:br/>
        <w:br/>
        <w:br/>
        <w:t>const appid = "your appid";</w:t>
        <w:br/>
        <w:t>const noncestr = "65cdfefecaf3a0c4"; // 可以随机生成一个字符串</w:t>
        <w:br/>
        <w:t>const timestamp = Math.floor(Date.now() / 1000).toString();</w:t>
        <w:br/>
        <w:t>const params = {</w:t>
        <w:br/>
        <w:t xml:space="preserve">  appid: appid,</w:t>
        <w:br/>
        <w:t xml:space="preserve">  noncestr: noncestr,</w:t>
        <w:br/>
        <w:t xml:space="preserve">  timestamp: timestamp,</w:t>
        <w:br/>
        <w:t>};</w:t>
        <w:br/>
        <w:br/>
        <w:t>const secret = "secret";</w:t>
        <w:br/>
        <w:t>const signature = await this.generateSignature(params, secret);</w:t>
      </w:r>
    </w:p>
    <w:p>
      <w:pPr>
        <w:pStyle w:val="Heading4"/>
      </w:pPr>
      <w:r>
        <w:t>JS 版本 2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&lt;!-- 引入 CryptoJS 库 --&gt;</w:t>
        <w:br/>
        <w:t>&lt;script src="https://cdnjs.cloudflare.com/ajax/libs/crypto-js/4.1.1/crypto-js.min.js"&gt;&lt;/script&gt;</w:t>
        <w:br/>
        <w:t>&lt;script&gt;</w:t>
        <w:br/>
        <w:t>function generateSignature(params, secret) {</w:t>
        <w:br/>
        <w:t xml:space="preserve">  // 1. 对参数按照 ASCII 字典序排序</w:t>
        <w:br/>
        <w:t xml:space="preserve">  const sortedKeys = Object.keys(params).sort();</w:t>
        <w:br/>
        <w:br/>
        <w:t xml:space="preserve">  // 2. 拼接成 URL 键值对格式</w:t>
        <w:br/>
        <w:t xml:space="preserve">  const data = sortedKeys.map((key) =&gt; `${key}=${params[key]}`).join('&amp;');</w:t>
        <w:br/>
        <w:br/>
        <w:t xml:space="preserve">  // 3. 使用 CryptoJS 计算 HMAC-SHA256 签名</w:t>
        <w:br/>
        <w:t xml:space="preserve">  const hash = CryptoJS.HmacSHA256(data, secret);</w:t>
        <w:br/>
        <w:br/>
        <w:t xml:space="preserve">  // 4. 将签名结果转换为 Base64</w:t>
        <w:br/>
        <w:t xml:space="preserve">  const signature = CryptoJS.enc.Base64.stringify(hash);</w:t>
        <w:br/>
        <w:t xml:space="preserve">  return signature;</w:t>
        <w:br/>
        <w:t>}</w:t>
        <w:br/>
        <w:t>&lt;/script&gt;</w:t>
      </w:r>
    </w:p>
    <w:p>
      <w:pPr>
        <w:pStyle w:val="Heading4"/>
      </w:pPr>
      <w:r>
        <w:t>Python 版本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import hmac</w:t>
        <w:br/>
        <w:t>import hashlib</w:t>
        <w:br/>
        <w:t>import base64</w:t>
        <w:br/>
        <w:t>import argparse</w:t>
        <w:br/>
        <w:t>import time</w:t>
        <w:br/>
        <w:t>import random</w:t>
        <w:br/>
        <w:t>import string</w:t>
        <w:br/>
        <w:br/>
        <w:t># 生成签名的函数</w:t>
        <w:br/>
        <w:t>def generate_signature(params, secret):</w:t>
        <w:br/>
        <w:t xml:space="preserve">    # 1. 对参数按照 ASCII 字典序排序</w:t>
        <w:br/>
        <w:t xml:space="preserve">    sorted_keys = sorted(params.keys())</w:t>
        <w:br/>
        <w:br/>
        <w:t xml:space="preserve">    # 2. 拼接成 URL 键值对的格式</w:t>
        <w:br/>
        <w:t xml:space="preserve">    data = "&amp;".join(f"{key}={params[key]}" for key in sorted_keys)</w:t>
        <w:br/>
        <w:br/>
        <w:t xml:space="preserve">    # 3. 使用 HMAC-SHA256 进行签名</w:t>
        <w:br/>
        <w:t xml:space="preserve">    secret_bytes = secret.encode('utf-8')</w:t>
        <w:br/>
        <w:t xml:space="preserve">    data_bytes = data.encode('utf-8')</w:t>
        <w:br/>
        <w:br/>
        <w:t xml:space="preserve">    # 创建 HMAC 对象并进行签名</w:t>
        <w:br/>
        <w:t xml:space="preserve">    signature = hmac.new(secret_bytes, data_bytes, hashlib.sha256).digest()</w:t>
        <w:br/>
        <w:br/>
        <w:t xml:space="preserve">    # 4. 签名结果转换为 Base64</w:t>
        <w:br/>
        <w:t xml:space="preserve">    signature_base64 = base64.b64encode(signature).decode('utf-8')</w:t>
        <w:br/>
        <w:br/>
        <w:t xml:space="preserve">    return signature_base64</w:t>
        <w:br/>
        <w:br/>
        <w:t># 生成随机字符串</w:t>
        <w:br/>
        <w:t>def generate_random_string(length=16):</w:t>
        <w:br/>
        <w:t xml:space="preserve">    return ''.join(random.choices(string.ascii_lowercase + string.digits, k=length))</w:t>
        <w:br/>
        <w:br/>
        <w:t># 主函数</w:t>
        <w:br/>
        <w:t>def main():</w:t>
        <w:br/>
        <w:t xml:space="preserve">    appid = "your app id"</w:t>
        <w:br/>
        <w:t xml:space="preserve">    secret = "your secret key"</w:t>
        <w:br/>
        <w:br/>
        <w:t xml:space="preserve">    # 生成随机字符串和时间戳</w:t>
        <w:br/>
        <w:t xml:space="preserve">    noncestr = generate_random_string()</w:t>
        <w:br/>
        <w:t xml:space="preserve">    timestamp = str(int(time.time()))  # 获取当前时间戳（秒）</w:t>
        <w:br/>
        <w:br/>
        <w:t xml:space="preserve">    # 构造参数字典</w:t>
        <w:br/>
        <w:t xml:space="preserve">    params = {</w:t>
        <w:br/>
        <w:t xml:space="preserve">        "appid": appid,</w:t>
        <w:br/>
        <w:t xml:space="preserve">        "noncestr": noncestr,</w:t>
        <w:br/>
        <w:t xml:space="preserve">        "timestamp": timestamp</w:t>
        <w:br/>
        <w:t xml:space="preserve">    }</w:t>
        <w:br/>
        <w:br/>
        <w:t xml:space="preserve">    # 生成签名</w:t>
        <w:br/>
        <w:t xml:space="preserve">    signature = generate_signature(params, secret)</w:t>
        <w:br/>
        <w:br/>
        <w:t xml:space="preserve">    # 输出参数和签名</w:t>
        <w:br/>
        <w:t xml:space="preserve">    print(f"appid: {appid}")</w:t>
        <w:br/>
        <w:t xml:space="preserve">    print(f"noncestr: {noncestr}")</w:t>
        <w:br/>
        <w:t xml:space="preserve">    print(f"timestamp: {timestamp}")</w:t>
        <w:br/>
        <w:t xml:space="preserve">    print(f"signature: {signature}")</w:t>
        <w:br/>
        <w:br/>
        <w:t>if __name__ == "__main__":</w:t>
        <w:br/>
        <w:t xml:space="preserve">    main()</w:t>
        <w:br/>
      </w:r>
    </w:p>
    <w:p>
      <w:pPr>
        <w:pStyle w:val="Heading4"/>
      </w:pPr>
      <w:r>
        <w:t>Java 版本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package com.xhey.xheycamerasdk;</w:t>
        <w:br/>
        <w:br/>
        <w:t>import android.util.Base64;</w:t>
        <w:br/>
        <w:br/>
        <w:t>import java.nio.charset.StandardCharsets;</w:t>
        <w:br/>
        <w:t>import java.util.ArrayList;</w:t>
        <w:br/>
        <w:t>import java.util.Collections;</w:t>
        <w:br/>
        <w:t>import java.util.List;</w:t>
        <w:br/>
        <w:t>import java.util.Random;</w:t>
        <w:br/>
        <w:br/>
        <w:t>import javax.crypto.Mac;</w:t>
        <w:br/>
        <w:t>import javax.crypto.spec.SecretKeySpec;</w:t>
        <w:br/>
        <w:br/>
        <w:t>public class SignatureUtil {</w:t>
        <w:br/>
        <w:br/>
        <w:t xml:space="preserve">    /**</w:t>
        <w:br/>
        <w:t xml:space="preserve">     * 封装签名结果的实体类</w:t>
        <w:br/>
        <w:t xml:space="preserve">     */</w:t>
        <w:br/>
        <w:t xml:space="preserve">    public static class SignatureResult {</w:t>
        <w:br/>
        <w:t xml:space="preserve">        public int timestamp;    // 修改为 int 类型</w:t>
        <w:br/>
        <w:t xml:space="preserve">        public String noncestr;</w:t>
        <w:br/>
        <w:t xml:space="preserve">        public String signature;</w:t>
        <w:br/>
        <w:t xml:space="preserve">    }</w:t>
        <w:br/>
        <w:br/>
        <w:t xml:space="preserve">    /**</w:t>
        <w:br/>
        <w:t xml:space="preserve">     * 根据 appid 和 secretKey 生成 timestamp、noncestr 和 signature</w:t>
        <w:br/>
        <w:t xml:space="preserve">     *</w:t>
        <w:br/>
        <w:t xml:space="preserve">     * @param appid     应用 ID</w:t>
        <w:br/>
        <w:t xml:space="preserve">     * @param secretKey 密钥</w:t>
        <w:br/>
        <w:t xml:space="preserve">     * @return 签名结果，包括 timestamp、noncestr 和 signature</w:t>
        <w:br/>
        <w:t xml:space="preserve">     */</w:t>
        <w:br/>
        <w:t xml:space="preserve">    public static SignatureResult generateSignature(String appid, String secretKey) {</w:t>
        <w:br/>
        <w:t xml:space="preserve">        SignatureResult result = new SignatureResult();</w:t>
        <w:br/>
        <w:br/>
        <w:t xml:space="preserve">        // 获取当前 Unix 时间戳（秒）并转成 int 类型</w:t>
        <w:br/>
        <w:t xml:space="preserve">        result.timestamp = (int) (System.currentTimeMillis() / 1000);</w:t>
        <w:br/>
        <w:br/>
        <w:t xml:space="preserve">        // 生成随机字符串（noncestr）</w:t>
        <w:br/>
        <w:t xml:space="preserve">        result.noncestr = generateRandomString(16);</w:t>
        <w:br/>
        <w:br/>
        <w:t xml:space="preserve">        // 构造参数字典（键值对），注意需要按照 ASCII 字典序排序</w:t>
        <w:br/>
        <w:t xml:space="preserve">        // 由于参数只有三个，可先放入一个 List 中，然后排序</w:t>
        <w:br/>
        <w:t xml:space="preserve">        List&lt;String&gt; keys = new ArrayList&lt;&gt;();</w:t>
        <w:br/>
        <w:t xml:space="preserve">        keys.add("appid");</w:t>
        <w:br/>
        <w:t xml:space="preserve">        keys.add("noncestr");</w:t>
        <w:br/>
        <w:t xml:space="preserve">        keys.add("timestamp");</w:t>
        <w:br/>
        <w:t xml:space="preserve">        Collections.sort(keys);  // 按 ASCII 顺序排序</w:t>
        <w:br/>
        <w:br/>
        <w:t xml:space="preserve">        // 根据排序后的 key 拼接成 URL 键值对格式</w:t>
        <w:br/>
        <w:t xml:space="preserve">        // 例如：appid=xxx&amp;noncestr=xxx&amp;timestamp=xxx</w:t>
        <w:br/>
        <w:t xml:space="preserve">        StringBuilder dataBuilder = new StringBuilder();</w:t>
        <w:br/>
        <w:t xml:space="preserve">        for (int i = 0; i &lt; keys.size(); i++) {</w:t>
        <w:br/>
        <w:t xml:space="preserve">            String key = keys.get(i);</w:t>
        <w:br/>
        <w:t xml:space="preserve">            String value;</w:t>
        <w:br/>
        <w:t xml:space="preserve">            switch (key) {</w:t>
        <w:br/>
        <w:t xml:space="preserve">                case "appid":</w:t>
        <w:br/>
        <w:t xml:space="preserve">                    value = appid;</w:t>
        <w:br/>
        <w:t xml:space="preserve">                    break;</w:t>
        <w:br/>
        <w:t xml:space="preserve">                case "noncestr":</w:t>
        <w:br/>
        <w:t xml:space="preserve">                    value = result.noncestr;</w:t>
        <w:br/>
        <w:t xml:space="preserve">                    break;</w:t>
        <w:br/>
        <w:t xml:space="preserve">                case "timestamp":</w:t>
        <w:br/>
        <w:t xml:space="preserve">                    value = String.valueOf(result.timestamp);</w:t>
        <w:br/>
        <w:t xml:space="preserve">                    break;</w:t>
        <w:br/>
        <w:t xml:space="preserve">                default:</w:t>
        <w:br/>
        <w:t xml:space="preserve">                    value = "";</w:t>
        <w:br/>
        <w:t xml:space="preserve">            }</w:t>
        <w:br/>
        <w:t xml:space="preserve">            dataBuilder.append(key).append("=").append(value);</w:t>
        <w:br/>
        <w:t xml:space="preserve">            if (i != keys.size() - 1) {</w:t>
        <w:br/>
        <w:t xml:space="preserve">                dataBuilder.append("&amp;");</w:t>
        <w:br/>
        <w:t xml:space="preserve">            }</w:t>
        <w:br/>
        <w:t xml:space="preserve">        }</w:t>
        <w:br/>
        <w:t xml:space="preserve">        String data = dataBuilder.toString();</w:t>
        <w:br/>
        <w:br/>
        <w:t xml:space="preserve">        try {</w:t>
        <w:br/>
        <w:t xml:space="preserve">            // 使用 HMAC-SHA256 算法计算签名</w:t>
        <w:br/>
        <w:t xml:space="preserve">            SecretKeySpec signingKey = new SecretKeySpec(secretKey.getBytes(StandardCharsets.UTF_8), "HmacSHA256");</w:t>
        <w:br/>
        <w:t xml:space="preserve">            Mac mac = Mac.getInstance("HmacSHA256");</w:t>
        <w:br/>
        <w:t xml:space="preserve">            mac.init(signingKey);</w:t>
        <w:br/>
        <w:t xml:space="preserve">            byte[] rawHmac = mac.doFinal(data.getBytes(StandardCharsets.UTF_8));</w:t>
        <w:br/>
        <w:br/>
        <w:t xml:space="preserve">            // 将签名结果进行 Base64 编码</w:t>
        <w:br/>
        <w:t xml:space="preserve">            result.signature = Base64.encodeToString(rawHmac, Base64.NO_WRAP);</w:t>
        <w:br/>
        <w:t xml:space="preserve">        } catch (Exception e) {</w:t>
        <w:br/>
        <w:t xml:space="preserve">            e.printStackTrace();</w:t>
        <w:br/>
        <w:t xml:space="preserve">            result.signature = null;</w:t>
        <w:br/>
        <w:t xml:space="preserve">        }</w:t>
        <w:br/>
        <w:br/>
        <w:t xml:space="preserve">        return result;</w:t>
        <w:br/>
        <w:t xml:space="preserve">    }</w:t>
        <w:br/>
        <w:br/>
        <w:t xml:space="preserve">    /**</w:t>
        <w:br/>
        <w:t xml:space="preserve">     * 生成指定长度的随机字符串（只包含小写字母和数字）</w:t>
        <w:br/>
        <w:t xml:space="preserve">     *</w:t>
        <w:br/>
        <w:t xml:space="preserve">     * @param length 随机字符串长度</w:t>
        <w:br/>
        <w:t xml:space="preserve">     * @return 随机字符串</w:t>
        <w:br/>
        <w:t xml:space="preserve">     */</w:t>
        <w:br/>
        <w:t xml:space="preserve">    private static String generateRandomString(int length) {</w:t>
        <w:br/>
        <w:t xml:space="preserve">        String chars = "abcdefghijklmnopqrstuvwxyz0123456789";</w:t>
        <w:br/>
        <w:t xml:space="preserve">        StringBuilder sb = new StringBuilder(length);</w:t>
        <w:br/>
        <w:t xml:space="preserve">        Random random = new Random();</w:t>
        <w:br/>
        <w:t xml:space="preserve">        for (int i = 0; i &lt; length; i++) {</w:t>
        <w:br/>
        <w:t xml:space="preserve">            sb.append(chars.charAt(random.nextInt(chars.length())));</w:t>
        <w:br/>
        <w:t xml:space="preserve">        }</w:t>
        <w:br/>
        <w:t xml:space="preserve">        return sb.toString();</w:t>
        <w:br/>
        <w:t xml:space="preserve">    }</w:t>
        <w:br/>
        <w:t>}</w:t>
        <w:br/>
      </w:r>
    </w:p>
    <w:p>
      <w:pPr>
        <w:pStyle w:val="Heading2"/>
      </w:pPr>
      <w:r>
        <w:t>水印模版</w:t>
      </w:r>
    </w:p>
    <w:p>
      <w:pPr>
        <w:pStyle w:val="Heading3"/>
      </w:pPr>
      <w:r>
        <w:t>水印后台配置水印流程</w:t>
      </w:r>
    </w:p>
    <w:p>
      <w:r>
        <w:t>进入今日水印相机 web 端：https://www.5181688.com/</w:t>
      </w:r>
    </w:p>
    <w:p>
      <w:r>
        <w:t>左侧 Tab 选择水印管理后，点击添加模版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293003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era_sdk_img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930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目前只支持第一款水印(如有其他水印选择需求，向商务同学沟通进行支持)，选择，点击确定：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503589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era_sdk_img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5035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>title</w:t>
      </w:r>
    </w:p>
    <w:p>
      <w:r>
        <w:t>上面 H5 的 sdk 实例创建中，如果 title 字段不为空的话，会覆盖自定义文字中的内容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357920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era_sdk_img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5792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>logoUrl</w:t>
      </w:r>
    </w:p>
    <w:p>
      <w:r>
        <w:t>logoUrl 内容不为空的话，会覆盖掉水印中设置的品牌图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169221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era_sdk_img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6922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>customInputItems</w:t>
      </w:r>
    </w:p>
    <w:p>
      <w:r>
        <w:t>customInputItems 不为空的话，会覆盖掉水印中对应的自定义内容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651336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era_sdk_img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513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>自定义项设置示例</w:t>
      </w:r>
    </w:p>
    <w:p>
      <w:r>
        <w:t>假设在后台配置了以下自定义项的标题和内容：</w:t>
      </w:r>
    </w:p>
    <w:p>
      <w:pPr>
        <w:pStyle w:val="ListBullet"/>
      </w:pPr>
      <w:r>
        <w:t>自定义项标题 1，自定义项内容 1</w:t>
      </w:r>
    </w:p>
    <w:p>
      <w:pPr>
        <w:pStyle w:val="ListBullet"/>
      </w:pPr>
      <w:r>
        <w:t>自定义项标题 2，自定义项内容 2</w:t>
      </w:r>
    </w:p>
    <w:p>
      <w:pPr>
        <w:pStyle w:val="ListBullet"/>
      </w:pPr>
      <w:r>
        <w:t>自定义项标题 3，自定义项内容 3</w:t>
      </w:r>
    </w:p>
    <w:p>
      <w:pPr>
        <w:pStyle w:val="ListBullet"/>
      </w:pPr>
      <w:r>
        <w:t>自定义项标题 4，自定义项内容 4</w:t>
      </w:r>
    </w:p>
    <w:p>
      <w:pPr>
        <w:pStyle w:val="ListBullet"/>
      </w:pPr>
      <w:r>
        <w:t>自定义项标题 5，自定义项内容 5</w:t>
      </w:r>
    </w:p>
    <w:p>
      <w:r>
        <w:t>在 customInputItems 中设置如下：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"自定义项标题2": "这是自定义项内容2",</w:t>
        <w:br/>
        <w:t xml:space="preserve">  "自定义项标题5": "这是自定义项内容5"</w:t>
        <w:br/>
        <w:t>}</w:t>
      </w:r>
    </w:p>
    <w:p>
      <w:r>
        <w:t>最终，在 H5 页面中的水印显示效果如下：</w:t>
      </w:r>
    </w:p>
    <w:p>
      <w:pPr>
        <w:pStyle w:val="ListBullet"/>
      </w:pPr>
      <w:r>
        <w:t>自定义项标题 1，自定义项内容 1</w:t>
      </w:r>
    </w:p>
    <w:p>
      <w:pPr>
        <w:pStyle w:val="ListBullet"/>
      </w:pPr>
      <w:r>
        <w:t>自定义项标题 2，这是自定义项内容 2</w:t>
      </w:r>
    </w:p>
    <w:p>
      <w:pPr>
        <w:pStyle w:val="ListBullet"/>
      </w:pPr>
      <w:r>
        <w:t>自定义项标题 3，自定义项内容 3</w:t>
      </w:r>
    </w:p>
    <w:p>
      <w:pPr>
        <w:pStyle w:val="ListBullet"/>
      </w:pPr>
      <w:r>
        <w:t>自定义项标题 4，自定义项内容 4</w:t>
      </w:r>
    </w:p>
    <w:p>
      <w:pPr>
        <w:pStyle w:val="ListBullet"/>
      </w:pPr>
      <w:r>
        <w:t>自定义项标题 5，这是自定义项内容 5</w:t>
      </w:r>
    </w:p>
    <w:p>
      <w:pPr>
        <w:pStyle w:val="Heading2"/>
      </w:pPr>
      <w:r>
        <w:t>QA</w:t>
      </w:r>
    </w:p>
    <w:p>
      <w:pPr>
        <w:pStyle w:val="Heading3"/>
      </w:pPr>
      <w:r>
        <w:t>浏览器中相机预览黑屏</w:t>
      </w:r>
    </w:p>
    <w:p>
      <w:r>
        <w:t>确保是在 https 环境中打开相机，否则打开相机报错；</w:t>
      </w:r>
    </w:p>
    <w:p>
      <w:pPr>
        <w:pStyle w:val="Heading3"/>
      </w:pPr>
      <w:r>
        <w:t>时间、地点、天气显示获取异常</w:t>
      </w:r>
    </w:p>
    <w:p>
      <w:r>
        <w:t>保证鉴权正确，鉴权码生成的 appid、noncestr、时间戳跟传给 XHeyCamera 的值要一致；</w:t>
      </w:r>
    </w:p>
    <w:p>
      <w:r>
        <w:t>如果手机时间落后服务端时间一天或者手机时间超过服务端时间 10 分钟，会鉴权失败；</w:t>
      </w:r>
    </w:p>
    <w:p>
      <w:pPr>
        <w:pStyle w:val="Heading3"/>
      </w:pPr>
      <w:r>
        <w:t>小米手机预览卡顿</w:t>
      </w:r>
    </w:p>
    <w:p>
      <w:r>
        <w:t>点击拍照页右下角切换分辨率按钮，由 2K 切换到 4K</w:t>
      </w:r>
    </w:p>
    <w:p>
      <w:pPr>
        <w:pStyle w:val="Heading4"/>
      </w:pPr>
      <w:r>
        <w:t>目前这个分辨率按钮影响的是预览分辨率，不影响拍照，是个为适配特殊机型做的折中方案。纯 H5 中无法获取机型信息，需要客户传 deviceModel&amp;deviceBrand，传入正确的值后 SDK 根据机型进行相机适配处理；</w:t>
      </w:r>
    </w:p>
    <w:p>
      <w:pPr>
        <w:pStyle w:val="Heading3"/>
      </w:pPr>
      <w:r>
        <w:t>OPPO Reno5 Pro 4K 下会预览白屏</w:t>
      </w:r>
    </w:p>
    <w:p>
      <w:r>
        <w:t>点击拍照页右下角切换分辨率按钮，由 4K 切换到 2K</w:t>
      </w:r>
    </w:p>
    <w:p>
      <w:pPr>
        <w:pStyle w:val="Heading3"/>
      </w:pPr>
      <w:r>
        <w:t>Nova 13 分辨率切换到 4K 后再切换到前置，无法切换</w:t>
      </w:r>
    </w:p>
    <w:p>
      <w:r>
        <w:t>点击拍照页右下角切换分辨率按钮，由 4K 切换到 2K</w:t>
      </w:r>
    </w:p>
    <w:p>
      <w:pPr>
        <w:pStyle w:val="Heading3"/>
      </w:pPr>
      <w:r>
        <w:t>荣耀 10 青春版、荣耀 9 青春版后置无法打开相机</w:t>
      </w:r>
    </w:p>
    <w:p>
      <w:r>
        <w:t>需要传入正确的 deviceModel&amp;deviceBrand，SDK 根据机型进行相机适配；</w:t>
      </w:r>
    </w:p>
    <w:p>
      <w:pPr>
        <w:pStyle w:val="Heading3"/>
      </w:pPr>
      <w:r>
        <w:t>iPhone12 某个手机在企业微信浏览器环境中无法打开相机</w:t>
      </w:r>
    </w:p>
    <w:p>
      <w:r>
        <w:t>打开 https://test-sdk-h5.xhey.top ,点击拍照，然后点击右下角 vConsole，看一下 Log 以及 Error，看看 Log 中下面关键字中内容：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navigator.getUserMedia:</w:t>
        <w:br/>
        <w:t>navigator.webKitGetUserMedia:</w:t>
        <w:br/>
        <w:t>navigator.moxGetUserMedia:</w:t>
        <w:br/>
        <w:t>navigator.mozGetUserMedia:</w:t>
        <w:br/>
        <w:t>navigator.msGetUserMedia:</w:t>
        <w:br/>
        <w:t>navigator.mediaDevices:</w:t>
        <w:br/>
        <w:t>navigator.mediaDevices.getUserMedia:</w:t>
      </w:r>
    </w:p>
    <w:p>
      <w:r>
        <w:t>如果全为 undefined，说明浏览器环境异常，无法获取打开浏览器 api；</w:t>
      </w:r>
    </w:p>
    <w:p>
      <w:pPr>
        <w:pStyle w:val="Heading3"/>
      </w:pPr>
      <w:r>
        <w:t>微信小程序使用 H5 打开调用拍照无响应</w:t>
      </w:r>
    </w:p>
    <w:p>
      <w:r>
        <w:t>需要把https://sdk-h5.xhey.top 加到微信小程序的安全域名中，下载对应的证书给我们放到我们根目录下。</w:t>
      </w:r>
    </w:p>
    <w:p>
      <w:pPr>
        <w:pStyle w:val="Heading3"/>
      </w:pPr>
      <w:r>
        <w:t>Android SDK 无法收到 EventBus 发送的 Event</w:t>
      </w:r>
    </w:p>
    <w:p>
      <w:r>
        <w:t>保证 CameraActivity 跟调用方所在的 Activity 处于同一个进程中，处在不同的进程中会无法收到回调事件；</w:t>
      </w:r>
    </w:p>
    <w:p>
      <w:pPr>
        <w:pStyle w:val="Heading3"/>
      </w:pPr>
      <w:r>
        <w:t>H5 拍照 UI 变得特别小</w:t>
      </w:r>
    </w:p>
    <w:p>
      <w:r>
        <w:t>外面业务方设置了 initial-scale 小于 1 导致的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&lt;meta name="viewport" content="width=device-width, initial-scale=0.5" /&gt;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color w:val="9CA3AF"/>
        <w:sz w:val="16"/>
      </w:rPr>
      <w:t>CameraSDK 接入指南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 Unicode MS" w:hAnsi="Arial Unicode MS" w:eastAsia="Arial Unicode MS"/>
        <w:color w:val="6B7280"/>
        <w:sz w:val="17"/>
      </w:rPr>
      <w:t>今日水印相机开放平台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Arial Unicode MS" w:hAnsi="Arial Unicode MS" w:eastAsia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100"/>
      <w:outlineLvl w:val="3"/>
    </w:pPr>
    <w:rPr>
      <w:rFonts w:asciiTheme="majorHAnsi" w:eastAsiaTheme="majorEastAsia" w:hAnsiTheme="majorHAnsi" w:cstheme="majorBidi" w:ascii="Arial Unicode MS" w:hAnsi="Arial Unicode MS" w:eastAsia="Arial Unicode MS"/>
      <w:b/>
      <w:bCs/>
      <w:i/>
      <w:iCs/>
      <w:color w:val="1C4ED8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60" w:after="100"/>
      <w:outlineLvl w:val="4"/>
    </w:pPr>
    <w:rPr>
      <w:rFonts w:asciiTheme="majorHAnsi" w:eastAsiaTheme="majorEastAsia" w:hAnsiTheme="majorHAnsi" w:cstheme="majorBidi" w:ascii="Arial Unicode MS" w:hAnsi="Arial Unicode MS" w:eastAsia="Arial Unicode MS"/>
      <w:b/>
      <w:color w:val="1C4ED8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60" w:after="100"/>
      <w:outlineLvl w:val="5"/>
    </w:pPr>
    <w:rPr>
      <w:rFonts w:asciiTheme="majorHAnsi" w:eastAsiaTheme="majorEastAsia" w:hAnsiTheme="majorHAnsi" w:cstheme="majorBidi" w:ascii="Arial Unicode MS" w:hAnsi="Arial Unicode MS" w:eastAsia="Arial Unicode MS"/>
      <w:b/>
      <w:i/>
      <w:iCs/>
      <w:color w:val="1C4ED8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CameraSDK 接入指南</dc:title>
  <dc:subject>今日水印相机开放平台开发文档</dc:subject>
  <dc:creator>今日水印相机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