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60"/>
        <w:jc w:val="left"/>
      </w:pPr>
      <w:r>
        <w:rPr>
          <w:rFonts w:ascii="Arial Unicode MS" w:hAnsi="Arial Unicode MS" w:eastAsia="Arial Unicode MS"/>
          <w:b/>
          <w:color w:val="1746B3"/>
          <w:sz w:val="48"/>
        </w:rPr>
        <w:t>今日水印相机api技术文档</w:t>
      </w:r>
    </w:p>
    <w:p>
      <w:pPr>
        <w:spacing w:after="320"/>
      </w:pPr>
      <w:r>
        <w:rPr>
          <w:rFonts w:ascii="Arial Unicode MS" w:hAnsi="Arial Unicode MS" w:eastAsia="Arial Unicode MS"/>
          <w:color w:val="6B7280"/>
          <w:sz w:val="20"/>
        </w:rPr>
        <w:t>开发者下载版 · 内容与开放平台在线文档保持一致</w:t>
      </w:r>
    </w:p>
    <w:p>
      <w:pPr>
        <w:pStyle w:val="Heading1"/>
      </w:pPr>
      <w:r>
        <w:t>1 简介</w:t>
      </w:r>
    </w:p>
    <w:p>
      <w:pPr>
        <w:pStyle w:val="Heading2"/>
      </w:pPr>
      <w:r>
        <w:t>1.1 什么是今日水印相机api</w:t>
      </w:r>
    </w:p>
    <w:p>
      <w:r>
        <w:t>开放平台支持今日水印相机用户自有系统接入，照片资源与水印信息等数据可同步至自有系统，获得对数据的二次开发的能力，从而满足各类定制化需求。</w:t>
      </w:r>
    </w:p>
    <w:p>
      <w:pPr>
        <w:pStyle w:val="Heading2"/>
      </w:pPr>
      <w:r>
        <w:t>1.2 今日水印相机api能做什么</w:t>
      </w:r>
    </w:p>
    <w:p>
      <w:r>
        <w:t>初步开放以下功能，更多功能正在逐步开发中。 - 获取照片数据 - 获取水印数据 - 团队组织架构</w:t>
      </w:r>
    </w:p>
    <w:p>
      <w:pPr>
        <w:pStyle w:val="Heading2"/>
      </w:pPr>
      <w:r>
        <w:t>1.3 今日水印相机api的安全保障说明</w:t>
      </w:r>
    </w:p>
    <w:p>
      <w:r>
        <w:t>开放平台 api 数据传输全程加密（密钥按月更新，可以支持更高安全标准的密钥动态下发），用户通过开放平台 api 传输的数据全程不存储、不落库，保证用户数据隐私和安全，系统全流程符合国家三级等保标准，系统无被入侵风险，数据无泄漏风险。</w:t>
      </w:r>
    </w:p>
    <w:p>
      <w:pPr>
        <w:pStyle w:val="Heading1"/>
      </w:pPr>
      <w:r>
        <w:t>2 接入准备</w:t>
      </w:r>
    </w:p>
    <w:p>
      <w:r>
        <w:t>目前支持两种接入方式:主动拉取数据，webhook推送数据</w:t>
      </w:r>
    </w:p>
    <w:p>
      <w:pPr>
        <w:pStyle w:val="Heading2"/>
      </w:pPr>
      <w:r>
        <w:t>2.1 主动拉取数据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77840" cy="61071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mote-243950354652335187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61071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2.2 webhook推送数据</w:t>
      </w:r>
    </w:p>
    <w:p>
      <w:r>
        <w:t>通过提供webhook的domain，与开放平台建立绑定关系。一旦有新数据更新时，会自动将增量数据推送至自建系统。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77840" cy="40151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mote-337194979517171038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0151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2.3 加签流程</w:t>
      </w:r>
    </w:p>
    <w:p>
      <w:r>
        <w:t>对接沟通后，我们会给提供跟团队绑定的唯一key和secret。</w:t>
      </w:r>
    </w:p>
    <w:p>
      <w:r>
        <w:t>以v2/department/sublist接口为例:</w:t>
      </w:r>
    </w:p>
    <w:p>
      <w:pPr>
        <w:pStyle w:val="ListNumber"/>
      </w:pPr>
      <w:r>
        <w:t>接口请求参数为：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"departmentID": 1</w:t>
        <w:br/>
        <w:t>}</w:t>
      </w:r>
    </w:p>
    <w:p>
      <w:pPr>
        <w:pStyle w:val="ListNumber"/>
      </w:pPr>
      <w:r>
        <w:t>将该请求参数序列化并进行一次签名，目前仅支持HmacSha256算法，签名函数如下：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// data是加密的内容</w:t>
        <w:br/>
        <w:t>func sign(data string, groupSecret string) (ret string) {</w:t>
        <w:br/>
        <w:t xml:space="preserve">    hmacObj := hmac.New(sha256.New, []byte(groupSecret))</w:t>
        <w:br/>
        <w:t xml:space="preserve">    hmacObj.Write([]byte(data))</w:t>
        <w:br/>
        <w:t xml:space="preserve">    ret = base64.StdEncoding.EncodeToString(hmacObj.Sum(nil))</w:t>
        <w:br/>
        <w:t xml:space="preserve">    return ret</w:t>
        <w:br/>
        <w:t>}</w:t>
      </w:r>
    </w:p>
    <w:p>
      <w:pPr>
        <w:pStyle w:val="ListNumber"/>
      </w:pPr>
      <w:r>
        <w:t>把groupKey、参数签名（第二步的结果）、timestamp拼接为一个字符串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timestamp := time.Now().Unix()</w:t>
        <w:br/>
        <w:t>groupKey := "groupKey"</w:t>
        <w:br/>
        <w:t>str := fmt.Sprintf("groupKey=%s&amp;sign=%s&amp;timestamp=%s",</w:t>
        <w:br/>
        <w:t xml:space="preserve">    groupKey,</w:t>
        <w:br/>
        <w:t xml:space="preserve">    sign,</w:t>
        <w:br/>
        <w:t xml:space="preserve">    strconv.FormatInt(timestamp, 10),</w:t>
        <w:br/>
        <w:t>)</w:t>
      </w:r>
    </w:p>
    <w:p>
      <w:pPr>
        <w:pStyle w:val="ListNumber"/>
      </w:pPr>
      <w:r>
        <w:t>把第三步拼接后的字符串再进行一次签名，并得到最终签名。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signature := sign(str, "groupSecret")</w:t>
      </w:r>
    </w:p>
    <w:p>
      <w:pPr>
        <w:pStyle w:val="ListNumber"/>
      </w:pPr>
      <w:r>
        <w:t>把对应的信息设置至header头中。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req, _ := http.NewRequest(http.MethodGet, "url", nil)</w:t>
        <w:br/>
        <w:t>req.Header.Set("GroupKey", groupKey)</w:t>
        <w:br/>
        <w:t>req.Header.Set("Timestamp", strconv.FormatInt(timestamp, 10))</w:t>
        <w:br/>
        <w:t>req.Header.Set("Signature", signature)</w:t>
      </w:r>
    </w:p>
    <w:p>
      <w:r>
        <w:t>完整Http客户端代码如下：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func main() {</w:t>
        <w:br/>
        <w:t xml:space="preserve">    data := map[string]interface{}{</w:t>
        <w:br/>
        <w:t xml:space="preserve">        "departmentID": 1,</w:t>
        <w:br/>
        <w:t xml:space="preserve">    }</w:t>
        <w:br/>
        <w:t xml:space="preserve">    buf, _ := json.Marshal(data)</w:t>
        <w:br/>
        <w:br/>
        <w:t xml:space="preserve">    groupKey := "groupKey"       // 需申请</w:t>
        <w:br/>
        <w:t xml:space="preserve">    groupSecret := "groupSecret" // 需申请</w:t>
        <w:br/>
        <w:t xml:space="preserve">    dataSign := sign(string(buf),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// sign为加签流程中定义的函数</w:t>
        <w:br/>
        <w:t xml:space="preserve">    signature := sign(str, groupSecret)</w:t>
        <w:br/>
        <w:br/>
        <w:t xml:space="preserve">    url := "https://openapi.xhey.top/v2/department/sublist"</w:t>
        <w:br/>
        <w:br/>
        <w:t xml:space="preserve">    client := &amp;http.Client{}</w:t>
        <w:br/>
        <w:t xml:space="preserve">    req, _ := http.NewRequest("POST", url, bytes.NewBuffer(buf))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_, _ = client.Do(req)</w:t>
        <w:br/>
        <w:t>}</w:t>
        <w:br/>
        <w:br/>
        <w:t>func sign(source string, groupSecret string) string {</w:t>
        <w:br/>
        <w:t xml:space="preserve">    hmacObj := hmac.New(sha256.New, []byte(groupSecret))</w:t>
        <w:br/>
        <w:t xml:space="preserve">    hmacObj.Write([]byte(source))</w:t>
        <w:br/>
        <w:t xml:space="preserve">    return base64.StdEncoding.EncodeToString(hmacObj.Sum(nil))</w:t>
        <w:br/>
        <w:t>}</w:t>
        <w:br/>
      </w:r>
    </w:p>
    <w:p>
      <w:r>
        <w:t>Python版本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PYTHON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# -*- coding: utf-8 -*-</w:t>
        <w:br/>
        <w:t>import json</w:t>
        <w:br/>
        <w:t>import requests</w:t>
        <w:br/>
        <w:t>import hashlib</w:t>
        <w:br/>
        <w:t>import time</w:t>
        <w:br/>
        <w:t>import base64</w:t>
        <w:br/>
        <w:t>import hmac</w:t>
        <w:br/>
        <w:br/>
        <w:br/>
        <w:t># 计算签名</w:t>
        <w:br/>
        <w:t>def generate_signature(data, secret_key):</w:t>
        <w:br/>
        <w:t xml:space="preserve">    hmac_obj = hmac.new(secret_key.encode('utf-8'), data.encode('utf-8'), hashlib.sha256)</w:t>
        <w:br/>
        <w:t xml:space="preserve">    return base64.b64encode(hmac_obj.digest()).decode('utf-8')</w:t>
        <w:br/>
        <w:br/>
        <w:br/>
        <w:t># 请求数据</w:t>
        <w:br/>
        <w:t>data = {</w:t>
        <w:br/>
        <w:t xml:space="preserve">    "departmentID": 1,</w:t>
        <w:br/>
        <w:t>}</w:t>
        <w:br/>
        <w:br/>
        <w:t>json_data = json.dumps(data)</w:t>
        <w:br/>
        <w:br/>
        <w:t>group_secret = "groupSecret"</w:t>
        <w:br/>
        <w:t>group_key, timestamp = "groupKey", str(int(time.time()))</w:t>
        <w:br/>
        <w:t>data_sign = generate_signature(json_data, group_secret)</w:t>
        <w:br/>
        <w:br/>
        <w:t>str_to_sign = "groupKey={0}&amp;sign={1}&amp;timestamp={2}".format(group_key, data_sign, timestamp)</w:t>
        <w:br/>
        <w:br/>
        <w:t>signature = generate_signature(str_to_sign, group_secret)</w:t>
        <w:br/>
        <w:br/>
        <w:t>url = "https://openapi.xhey.top/v2/department/sublist"</w:t>
        <w:br/>
        <w:br/>
        <w:t># 构建请求头</w:t>
        <w:br/>
        <w:t>headers = {</w:t>
        <w:br/>
        <w:t xml:space="preserve">    "GroupKey": group_key,</w:t>
        <w:br/>
        <w:t xml:space="preserve">    "Timestamp": timestamp,</w:t>
        <w:br/>
        <w:t xml:space="preserve">    "Signature": signature</w:t>
        <w:br/>
        <w:t>}</w:t>
        <w:br/>
        <w:br/>
        <w:t># 发送HTTP POST请求</w:t>
        <w:br/>
        <w:t>response = requests.post(url, data=json_data, headers=headers)</w:t>
        <w:br/>
      </w:r>
    </w:p>
    <w:p>
      <w:pPr>
        <w:pStyle w:val="Heading2"/>
      </w:pPr>
      <w:r>
        <w:t>2.4 Webhook 推送加签</w:t>
      </w:r>
    </w:p>
    <w:p>
      <w:r>
        <w:t>前提：配置了webhook地址的团队也必须申请groupKey以及groupSecret，否则无法进行签名验证。</w:t>
      </w:r>
    </w:p>
    <w:p>
      <w:pPr>
        <w:pStyle w:val="ListNumber"/>
      </w:pPr>
      <w:r>
        <w:t>获取header头中的Timestamp、GroupKey、Signature。</w:t>
      </w:r>
    </w:p>
    <w:p>
      <w:pPr>
        <w:pStyle w:val="ListNumber"/>
      </w:pPr>
      <w:r>
        <w:t>校验Timestamp、GroupKey是否合法。（Timestamp校验规则由接入方自行定义）</w:t>
      </w:r>
    </w:p>
    <w:p>
      <w:pPr>
        <w:pStyle w:val="ListNumber"/>
      </w:pPr>
      <w:r>
        <w:t>获取当前请求参数，并通过GroupKey对应的GroupSecret生成DataSign。</w:t>
      </w:r>
    </w:p>
    <w:p>
      <w:pPr>
        <w:pStyle w:val="ListNumber"/>
      </w:pPr>
      <w:r>
        <w:t>GroupKey、DataSign、Timestamp拼接成一个字符串并通过GroupSecret生成最终的Signature</w:t>
      </w:r>
    </w:p>
    <w:p>
      <w:pPr>
        <w:pStyle w:val="ListNumber"/>
      </w:pPr>
      <w:r>
        <w:t>校验第四步生成的Signature是否与header中的Signature一致</w:t>
      </w:r>
    </w:p>
    <w:p>
      <w:r>
        <w:t>参考代码：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body, _ := ioutil.ReadAll(c.Request.Body)</w:t>
        <w:br/>
        <w:t>timestamp := c.GetHeader("Timestamp")</w:t>
        <w:br/>
        <w:t>// 校验时间戳</w:t>
        <w:br/>
        <w:t>groupKey := c.GetHeader("GroupKey")</w:t>
        <w:br/>
        <w:t>// 通过groupKey获取groupSecret</w:t>
        <w:br/>
        <w:t>dataSign := sign(string(body), "groupSecret")</w:t>
        <w:br/>
        <w:br/>
        <w:t>str := fmt.Sprintf("groupKey=%s&amp;sign=%s&amp;timestamp=%s",</w:t>
        <w:br/>
        <w:t xml:space="preserve">    groupKey,</w:t>
        <w:br/>
        <w:t xml:space="preserve">    dataSign,</w:t>
        <w:br/>
        <w:t xml:space="preserve">    timestamp,</w:t>
        <w:br/>
        <w:t>)</w:t>
        <w:br/>
        <w:t>signature := sign(str, "groupSecret")</w:t>
        <w:br/>
        <w:br/>
        <w:t>return signature == c.GetHeader("Signature")</w:t>
      </w:r>
    </w:p>
    <w:p>
      <w:pPr>
        <w:pStyle w:val="Heading1"/>
      </w:pPr>
      <w:r>
        <w:t>3 API 接口总览</w:t>
      </w:r>
    </w:p>
    <w:p>
      <w:r>
        <w:t>下表为普通 API 全部接口,按功能模块归类;详细请求 / 返回见后续章节。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类目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接口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请求方式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请求路径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组织架构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获取团队成员 id 列表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/v2/group/user/idList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组织架构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获取团队下一级部门列表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/v2/group/sublist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组织架构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获取某部门的子部门列表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/v2/department/sublist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组织架构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查询部门信息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/v2/department/info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组织架构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获取部门成员列表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/v2/department/userList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组织架构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团队成员信息查询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/v2/user/info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组织架构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批量查询团队成员信息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/v2/user/infos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获取团队照片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/v2/group/photo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多维度查询团队照片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/v2/group/photo/search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根据照片 id 获取下载地址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/v2/group/photo/downloadUrl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根据照片 id 获取水印数据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/v2/group/watermark/byPhotoId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根据时间范围获取水印数据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POST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/v2/group/watermark/byTime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Webhook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主动推送(平台回调)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—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见第 7 章</w:t>
            </w:r>
          </w:p>
        </w:tc>
      </w:tr>
    </w:tbl>
    <w:p>
      <w:pPr>
        <w:spacing w:after="40"/>
      </w:pPr>
    </w:p>
    <w:p>
      <w:pPr>
        <w:pStyle w:val="Heading1"/>
      </w:pPr>
      <w:r>
        <w:t>4 组织架构接口</w:t>
      </w:r>
    </w:p>
    <w:p>
      <w:pPr>
        <w:pStyle w:val="Heading2"/>
      </w:pPr>
      <w:r>
        <w:t>4.1 获取团队成员id列表</w:t>
      </w:r>
    </w:p>
    <w:p>
      <w:r>
        <w:t>获取团队成员id列表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请求地址：https://openapi.xhey.top/v2/group/user/idList</w:t>
      </w: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["open_6e13763f_68d4_49d1_9178_06998191a5c8"]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返回数据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https://openapi.xhey.top/v2/group/user/idList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url := "https://openapi.xhey.top/v2/group/user/idList"</w:t>
        <w:br/>
        <w:br/>
        <w:t xml:space="preserve">    groupSecret := "groupSecret"// 需申请</w:t>
        <w:br/>
        <w:t xml:space="preserve">    groupKey := "groupKey"// 需申请</w:t>
        <w:br/>
        <w:t xml:space="preserve">    dataSign := sign("",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signature := sign(str, groupSecret)</w:t>
        <w:br/>
        <w:t xml:space="preserve">    req, _ := http.NewRequest("POST", url, nil)</w:t>
        <w:br/>
        <w:t xml:space="preserve">    req.Header.Add("Content-Type", "application/json")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client := &amp;http.Client{}</w:t>
        <w:br/>
        <w:t xml:space="preserve">    defer client.CloseIdleConnections()</w:t>
        <w:br/>
        <w:t xml:space="preserve">    resp, err := client.Do(req)</w:t>
        <w:br/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t xml:space="preserve">    defer resp.Body.Close()</w:t>
        <w:br/>
        <w:br/>
        <w:t xml:space="preserve">    var buf bytes.Buffer</w:t>
        <w:br/>
        <w:t xml:space="preserve">    _, err = buf.ReadFrom(resp.Body)</w:t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br/>
        <w:t xml:space="preserve">    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["open-06ns8591-02pr-941q-n81r-snn8340598r5","open-3q3p3182-p7s6-90nr-4044-s5nq3ro9n6n5"],</w:t>
        <w:br/>
        <w:t xml:space="preserve">    "timestamp": 1629099324</w:t>
        <w:br/>
        <w:t>}</w:t>
      </w:r>
    </w:p>
    <w:p>
      <w:pPr>
        <w:pStyle w:val="Heading2"/>
      </w:pPr>
      <w:r>
        <w:t>4.2 获取团队下一级部门列表</w:t>
      </w:r>
    </w:p>
    <w:p>
      <w:r>
        <w:t>调用本接口获取团队下的所有直属子部门列表。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请求地址：https://openapi.xhey.top/v2/group/sublist</w:t>
      </w: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部门id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|—groupID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42180013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团队id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|—name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后勤处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部门名称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https://openapi.xhey.top/v2/group/sublist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url := "https://openapi.xhey.top/v2/group/sublist"</w:t>
        <w:br/>
        <w:br/>
        <w:t xml:space="preserve">    groupSecret := "groupSecret" // 需申请</w:t>
        <w:br/>
        <w:t xml:space="preserve">    groupKey := "groupKey"       // 需申请</w:t>
        <w:br/>
        <w:t xml:space="preserve">    dataSign := sign("",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signature := sign(str, groupSecret)</w:t>
        <w:br/>
        <w:t xml:space="preserve">    req, _ := http.NewRequest("POST", url, nil)</w:t>
        <w:br/>
        <w:t xml:space="preserve">    req.Header.Add("Content-Type", "application/json")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client := &amp;http.Client{}</w:t>
        <w:br/>
        <w:t xml:space="preserve">    defer client.CloseIdleConnections()</w:t>
        <w:br/>
        <w:t xml:space="preserve">    resp, err := client.Do(req)</w:t>
        <w:br/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t xml:space="preserve">    defer resp.Body.Close()</w:t>
        <w:br/>
        <w:br/>
        <w:t xml:space="preserve">    var buf bytes.Buffer</w:t>
        <w:br/>
        <w:t xml:space="preserve">    _, err = buf.ReadFrom(resp.Body)</w:t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br/>
        <w:t xml:space="preserve">    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[{</w:t>
        <w:br/>
        <w:t xml:space="preserve">        "id": 1,</w:t>
        <w:br/>
        <w:t xml:space="preserve">        "groupID": 42180013,</w:t>
        <w:br/>
        <w:t xml:space="preserve">        "name": "后勤处"</w:t>
        <w:br/>
        <w:t xml:space="preserve">    }, {</w:t>
        <w:br/>
        <w:t xml:space="preserve">        "id": 4,</w:t>
        <w:br/>
        <w:t xml:space="preserve">        "groupID": 42180013,</w:t>
        <w:br/>
        <w:t xml:space="preserve">        "name": "测试部门"</w:t>
        <w:br/>
        <w:t xml:space="preserve">    }],</w:t>
        <w:br/>
        <w:t xml:space="preserve">    "timestamp": 1629101164</w:t>
        <w:br/>
        <w:t>}</w:t>
      </w:r>
    </w:p>
    <w:p>
      <w:pPr>
        <w:pStyle w:val="Heading2"/>
      </w:pPr>
      <w:r>
        <w:t>4.3 获取某部门的子部门列表</w:t>
      </w:r>
    </w:p>
    <w:p>
      <w:r>
        <w:t>通过部门id调用本接口，获取该部门下的所有直属子部门列表。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请求地址：https://openapi.xhey.top/v2/department/sublist</w:t>
      </w:r>
    </w:p>
    <w:p>
      <w:pPr>
        <w:pStyle w:val="Heading3"/>
      </w:pPr>
      <w:r>
        <w:t>Body参数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是否必填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departmentID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241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父部门id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981090726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部门id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|—parentID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241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父部门id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|—name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后勤处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部门名称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https://openapi.xhey.top/v2/department/sublist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reqStr := `{</w:t>
        <w:br/>
        <w:t xml:space="preserve">        "departmentID": 46</w:t>
        <w:br/>
        <w:t xml:space="preserve">    }`</w:t>
        <w:br/>
        <w:t xml:space="preserve">    reader := bytes.NewReader(([]byte)(reqStr))</w:t>
        <w:br/>
        <w:br/>
        <w:t xml:space="preserve">    url := "https://openapi.xhey.top/v2/department/sublist"</w:t>
        <w:br/>
        <w:br/>
        <w:t xml:space="preserve">    groupSecret := "groupSecret" // 需申请</w:t>
        <w:br/>
        <w:t xml:space="preserve">    groupKey := "groupKey"       // 需申请</w:t>
        <w:br/>
        <w:t xml:space="preserve">    dataSign := sign(reqStr,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signature := sign(str, groupSecret)</w:t>
        <w:br/>
        <w:t xml:space="preserve">    req, _ := http.NewRequest("POST", url, reader)</w:t>
        <w:br/>
        <w:t xml:space="preserve">    req.Header.Add("Content-Type", "application/json")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client := &amp;http.Client{}</w:t>
        <w:br/>
        <w:t xml:space="preserve">    defer client.CloseIdleConnections()</w:t>
        <w:br/>
        <w:t xml:space="preserve">    resp, err := client.Do(req)</w:t>
        <w:br/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t xml:space="preserve">    defer resp.Body.Close()</w:t>
        <w:br/>
        <w:br/>
        <w:t xml:space="preserve">    var buf bytes.Buffer</w:t>
        <w:br/>
        <w:t xml:space="preserve">    _, err = buf.ReadFrom(resp.Body)</w:t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br/>
        <w:t xml:space="preserve">    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[{</w:t>
        <w:br/>
        <w:t xml:space="preserve">        "id": 18,</w:t>
        <w:br/>
        <w:t xml:space="preserve">        "parentID": 17,</w:t>
        <w:br/>
        <w:t xml:space="preserve">        "name": "保安部门"</w:t>
        <w:br/>
        <w:t xml:space="preserve">    },{</w:t>
        <w:br/>
        <w:t xml:space="preserve">        "id": 73,</w:t>
        <w:br/>
        <w:t xml:space="preserve">        "parentID": 17,</w:t>
        <w:br/>
        <w:t xml:space="preserve">        "name": "测试部门2"</w:t>
        <w:br/>
        <w:t xml:space="preserve">    }],</w:t>
        <w:br/>
        <w:t xml:space="preserve">    "timestamp": 1629101550</w:t>
        <w:br/>
        <w:t>}</w:t>
      </w:r>
    </w:p>
    <w:p>
      <w:pPr>
        <w:pStyle w:val="Heading2"/>
      </w:pPr>
      <w:r>
        <w:t>4.4 查询部门信息</w:t>
      </w:r>
    </w:p>
    <w:p>
      <w:r>
        <w:t>通过部门id调用本接口，获取该部门的详情信息。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请求地址：https://openapi.xhey.top/v2/department/info</w:t>
      </w:r>
    </w:p>
    <w:p>
      <w:pPr>
        <w:pStyle w:val="Heading3"/>
      </w:pPr>
      <w:r>
        <w:t>Body参数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是否必填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departmentID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241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父部门id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981090726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部门id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|—parentID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241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父部门id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|—avatar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https://net-cloud.xhey.top/group/photo/a3bc63de58978dcb328ed84115d122c9.jpg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部门头像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|—name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后勤处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部门名称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|—containSubDept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Boolean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false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是否包含下级部门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|—memberNum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部门成员数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https://openapi.xhey.top/v2/department/info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reqStr := `{</w:t>
        <w:br/>
        <w:t xml:space="preserve">        "departmentID": 46</w:t>
        <w:br/>
        <w:t xml:space="preserve">    }`</w:t>
        <w:br/>
        <w:t xml:space="preserve">    reader := bytes.NewReader(([]byte)(reqStr))</w:t>
        <w:br/>
        <w:br/>
        <w:t xml:space="preserve">    url := "https://openapi.xhey.top/v2/department/info"</w:t>
        <w:br/>
        <w:br/>
        <w:t xml:space="preserve">    groupSecret := "groupSecret" // 需申请</w:t>
        <w:br/>
        <w:t xml:space="preserve">    groupKey := "groupKey"       // 需申请</w:t>
        <w:br/>
        <w:t xml:space="preserve">    dataSign := sign(reqStr,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signature := sign(str, groupSecret)</w:t>
        <w:br/>
        <w:t xml:space="preserve">    req, _ := http.NewRequest("POST", url, reader)</w:t>
        <w:br/>
        <w:t xml:space="preserve">    req.Header.Add("Content-Type", "application/json")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client := &amp;http.Client{}</w:t>
        <w:br/>
        <w:t xml:space="preserve">    defer client.CloseIdleConnections()</w:t>
        <w:br/>
        <w:t xml:space="preserve">    resp, err := client.Do(req)</w:t>
        <w:br/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t xml:space="preserve">    defer resp.Body.Close()</w:t>
        <w:br/>
        <w:br/>
        <w:t xml:space="preserve">    var buf bytes.Buffer</w:t>
        <w:br/>
        <w:t xml:space="preserve">    _, err = buf.ReadFrom(resp.Body)</w:t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br/>
        <w:t xml:space="preserve">    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{</w:t>
        <w:br/>
        <w:t xml:space="preserve">        "id": 17,</w:t>
        <w:br/>
        <w:t xml:space="preserve">        "parentID": 3,</w:t>
        <w:br/>
        <w:t xml:space="preserve">        "avatar": "https://net-cloud.oss-cn-beijing.aliyuncs.com/icon/department-av.jpg",</w:t>
        <w:br/>
        <w:t xml:space="preserve">        "name": "后勤处",</w:t>
        <w:br/>
        <w:t xml:space="preserve">        "containSubDept": false,</w:t>
        <w:br/>
        <w:t xml:space="preserve">        "memberNum": 166</w:t>
        <w:br/>
        <w:t xml:space="preserve">    },</w:t>
        <w:br/>
        <w:t xml:space="preserve">    "timestamp": 1629101848</w:t>
        <w:br/>
        <w:t>}</w:t>
      </w:r>
    </w:p>
    <w:p>
      <w:pPr>
        <w:pStyle w:val="Heading2"/>
      </w:pPr>
      <w:r>
        <w:t>4.5 获取部门成员列表</w:t>
      </w:r>
    </w:p>
    <w:p>
      <w:r>
        <w:t>通过部门id调用本接口，获取该部门的详情信息。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请求地址：https://openapi.xhey.top/v2/department/userList</w:t>
      </w:r>
    </w:p>
    <w:p>
      <w:pPr>
        <w:pStyle w:val="Heading3"/>
      </w:pPr>
      <w:r>
        <w:t>Body参数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是否必填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departmentID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17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部门id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pageSize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100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支持分页查询，每页条目数，如果不传，默认值为1000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pageNo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支持分页查询，分页页码，如果不传，默认值为1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|—hasMore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Boolean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true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是否还有下一页数据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|—nextPageNo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下一页的页码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|—users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成员信息列表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|——userID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open_6e13763f_68d4_49d1_9178_06998191a5c8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用户id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|——nickname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zackhuang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昵称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|——headImgUrl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https://net-cloud.xhey.top/group/headimg/avatar_default_1_d0b9ef45-a1de-42f8-82f6-8f4d674a8b07.jpeg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头像地址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|——mobile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18604xxxxxx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手机号码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https://openapi.xhey.top/v2/department/userList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reqStr := `{</w:t>
        <w:br/>
        <w:t xml:space="preserve">        "departmentID": 46,</w:t>
        <w:br/>
        <w:t xml:space="preserve">        "pageSize": 100,</w:t>
        <w:br/>
        <w:t xml:space="preserve">        "pageNo": 1</w:t>
        <w:br/>
        <w:t xml:space="preserve">    }`</w:t>
        <w:br/>
        <w:t xml:space="preserve">    reader := bytes.NewReader(([]byte)(reqStr))</w:t>
        <w:br/>
        <w:br/>
        <w:t xml:space="preserve">    url := "https://openapi.xhey.top/v2/department/userList"</w:t>
        <w:br/>
        <w:br/>
        <w:t xml:space="preserve">    groupSecret := "groupSecret" // 需申请</w:t>
        <w:br/>
        <w:t xml:space="preserve">    groupKey := "groupKey"       // 需申请</w:t>
        <w:br/>
        <w:t xml:space="preserve">    dataSign := sign(reqStr,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signature := sign(str, groupSecret)</w:t>
        <w:br/>
        <w:t xml:space="preserve">    req, _ := http.NewRequest("POST", url, reader)</w:t>
        <w:br/>
        <w:t xml:space="preserve">    req.Header.Add("Content-Type", "application/json")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client := &amp;http.Client{}</w:t>
        <w:br/>
        <w:t xml:space="preserve">    defer client.CloseIdleConnections()</w:t>
        <w:br/>
        <w:t xml:space="preserve">    resp, err := client.Do(req)</w:t>
        <w:br/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t xml:space="preserve">    defer resp.Body.Close()</w:t>
        <w:br/>
        <w:br/>
        <w:t xml:space="preserve">    var buf bytes.Buffer</w:t>
        <w:br/>
        <w:t xml:space="preserve">    _, err = buf.ReadFrom(resp.Body)</w:t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br/>
        <w:t xml:space="preserve">    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{</w:t>
        <w:br/>
        <w:t xml:space="preserve">        "hasMore": false,</w:t>
        <w:br/>
        <w:t xml:space="preserve">        "nextPageNo": 0,</w:t>
        <w:br/>
        <w:t xml:space="preserve">        "users": [{</w:t>
        <w:br/>
        <w:t xml:space="preserve">            "userID": "open-81415183-2024-961s-n43s-4s98o566pr34",</w:t>
        <w:br/>
        <w:t xml:space="preserve">            "nickname": "zackhuang",</w:t>
        <w:br/>
        <w:t xml:space="preserve">            "headImgUrl": "https://net-cloud.xhey.top/group/headimg/avatar_default_1_44c84097-f99c-4603-aaf5-49ff10b1b8a0.jpeg",</w:t>
        <w:br/>
        <w:t xml:space="preserve">            "mobile": "18801611111"</w:t>
        <w:br/>
        <w:t xml:space="preserve">        }]</w:t>
        <w:br/>
        <w:t xml:space="preserve">    },</w:t>
        <w:br/>
        <w:t xml:space="preserve">    "timestamp": 1629102955</w:t>
        <w:br/>
        <w:t>}</w:t>
      </w:r>
    </w:p>
    <w:p>
      <w:pPr>
        <w:pStyle w:val="Heading2"/>
      </w:pPr>
      <w:r>
        <w:t>4.6 团队成员信息查询</w:t>
      </w:r>
    </w:p>
    <w:p>
      <w:r>
        <w:t>通过用户id调用本接口，获取用户的详情信息。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请求地址：https://openapi.xhey.top/v2/user/info</w:t>
      </w:r>
    </w:p>
    <w:p>
      <w:pPr>
        <w:pStyle w:val="Heading3"/>
      </w:pPr>
      <w:r>
        <w:t>Body参数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是否必填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userID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open_6e13763f_68d4_49d1_9178_06998191a5c8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用户id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|—userID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open_6e13763f_68d4_49d1_9178_06998191a5c8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用户id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|—nickname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zackhuang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昵称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|—headImgUrl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https://net-cloud.xhey.top/group/headimg/avatar_default_1_d0b9ef45-a1de-42f8-82f6-8f4d674a8b07.jpeg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头像地址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|——mobile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18604xxxxxx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手机号码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https://openapi.xhey.top/v2/user/info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reqStr := `{</w:t>
        <w:br/>
        <w:t xml:space="preserve">        "userID": "open-991733sq-3pqr-988q-o816-5n98r988sqrn"</w:t>
        <w:br/>
        <w:t xml:space="preserve">    }`</w:t>
        <w:br/>
        <w:t xml:space="preserve">    reader := bytes.NewReader(([]byte)(reqStr))</w:t>
        <w:br/>
        <w:br/>
        <w:t xml:space="preserve">    url := "https://openapi.xhey.top/v2/user/info"</w:t>
        <w:br/>
        <w:br/>
        <w:t xml:space="preserve">    groupSecret := "groupSecret" // 需申请</w:t>
        <w:br/>
        <w:t xml:space="preserve">    groupKey := "groupKey"       // 需申请</w:t>
        <w:br/>
        <w:t xml:space="preserve">    dataSign := sign(reqStr,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signature := sign(str, groupSecret)</w:t>
        <w:br/>
        <w:t xml:space="preserve">    req, _ := http.NewRequest("POST", url, reader)</w:t>
        <w:br/>
        <w:t xml:space="preserve">    req.Header.Add("Content-Type", "application/json")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client := &amp;http.Client{}</w:t>
        <w:br/>
        <w:t xml:space="preserve">    defer client.CloseIdleConnections()</w:t>
        <w:br/>
        <w:t xml:space="preserve">    resp, err := client.Do(req)</w:t>
        <w:br/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t xml:space="preserve">    defer resp.Body.Close()</w:t>
        <w:br/>
        <w:br/>
        <w:t xml:space="preserve">    var buf bytes.Buffer</w:t>
        <w:br/>
        <w:t xml:space="preserve">    _, err = buf.ReadFrom(resp.Body)</w:t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br/>
        <w:t xml:space="preserve">    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{</w:t>
        <w:br/>
        <w:t xml:space="preserve">        "userID": "open-991733sq-3pqr-988q-o816-5n98r988sqrn",</w:t>
        <w:br/>
        <w:t xml:space="preserve">        "nickname": "zackhuang",</w:t>
        <w:br/>
        <w:t xml:space="preserve">        "headImgUrl": "https://net-cloud.xhey.top/group/headimg/avatar_default_1.jpeg",</w:t>
        <w:br/>
        <w:t xml:space="preserve">        "mobile": "18602222221"</w:t>
        <w:br/>
        <w:t xml:space="preserve">    },</w:t>
        <w:br/>
        <w:t xml:space="preserve">    "timestamp": 1629102431</w:t>
        <w:br/>
        <w:t>}</w:t>
      </w:r>
    </w:p>
    <w:p>
      <w:pPr>
        <w:pStyle w:val="Heading2"/>
      </w:pPr>
      <w:r>
        <w:t>4.7 批量查询团队成员信息</w:t>
      </w:r>
    </w:p>
    <w:p>
      <w:r>
        <w:t>批量传入用户id，获取用户详细信息 最大支持一次查询1000条员工信息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请求地址：https://openapi.xhey.top/v2/user/infos</w:t>
      </w:r>
    </w:p>
    <w:p>
      <w:pPr>
        <w:pStyle w:val="Heading3"/>
      </w:pPr>
      <w:r>
        <w:t>Body参数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是否必填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userIDs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[]String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["open_6e13763f_68d4_49d1_9178_06998191a5c8","open_6e13763f_68d4_49d1_9178_06998191a5c8"]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用户id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|—userInfos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成员信息集合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|———userID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open_6e13763f_68d4_49d1_9178_06998191a5c8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用户id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|———nickname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zackhuang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昵称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|———headImgUrl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https://net-cloud.xhey.top/group/headimg/avatar_default_1_d0b9ef45-a1de-42f8-82f6-8f4d674a8b07.jpeg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头像地址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|————mobile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18604xxxxxx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手机号码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https://openapi.xhey.top/v2/user/infos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ab/>
        <w:t>reqStr := `{</w:t>
        <w:br/>
        <w:tab/>
        <w:t xml:space="preserve">    "userIDs": ["open-991733sq-3pqr-988q-o816-5n98r988sqrn"]</w:t>
        <w:br/>
        <w:tab/>
        <w:t>}`</w:t>
        <w:br/>
        <w:tab/>
        <w:t>reader := bytes.NewReader(([]byte)(reqStr))</w:t>
        <w:br/>
        <w:br/>
        <w:tab/>
        <w:t>url := "https://openapi.xhey.top/v2/user/infos"</w:t>
        <w:br/>
        <w:br/>
        <w:tab/>
        <w:t>groupSecret := "groupSecret" // 需申请</w:t>
        <w:br/>
        <w:tab/>
        <w:t>groupKey := "groupKey"       // 需申请</w:t>
        <w:br/>
        <w:tab/>
        <w:t>dataSign := sign(reqStr, groupSecret)</w:t>
        <w:br/>
        <w:tab/>
        <w:t>timestamp := strconv.FormatInt(time.Now().Unix(), 10)</w:t>
        <w:br/>
        <w:tab/>
        <w:t>str := fmt.Sprintf("groupKey=%s&amp;sign=%s&amp;timestamp=%s",</w:t>
        <w:br/>
        <w:tab/>
        <w:tab/>
        <w:t>groupKey,</w:t>
        <w:br/>
        <w:tab/>
        <w:tab/>
        <w:t>dataSign,</w:t>
        <w:br/>
        <w:tab/>
        <w:tab/>
        <w:t>timestamp,</w:t>
        <w:br/>
        <w:tab/>
        <w:t>)</w:t>
        <w:br/>
        <w:tab/>
        <w:t>signature := sign(str, groupSecret)</w:t>
        <w:br/>
        <w:tab/>
        <w:t>req, _ := http.NewRequest("POST", url, reader)</w:t>
        <w:br/>
        <w:tab/>
        <w:t>req.Header.Add("Content-Type", "application/json")</w:t>
        <w:br/>
        <w:tab/>
        <w:t>req.Header.Set("GroupKey", groupKey)</w:t>
        <w:br/>
        <w:tab/>
        <w:t>req.Header.Set("Timestamp", timestamp)</w:t>
        <w:br/>
        <w:tab/>
        <w:t>req.Header.Set("Signature", signature)</w:t>
        <w:br/>
        <w:br/>
        <w:tab/>
        <w:t>client := &amp;http.Client{}</w:t>
        <w:br/>
        <w:tab/>
        <w:t>defer client.CloseIdleConnections()</w:t>
        <w:br/>
        <w:tab/>
        <w:t>resp, err := client.Do(req)</w:t>
        <w:br/>
        <w:br/>
        <w:tab/>
        <w:t>if err != nil {</w:t>
        <w:br/>
        <w:tab/>
        <w:tab/>
        <w:t>fmt.Println(err)</w:t>
        <w:br/>
        <w:tab/>
        <w:tab/>
        <w:t>return</w:t>
        <w:br/>
        <w:tab/>
        <w:t>}</w:t>
        <w:br/>
        <w:tab/>
        <w:t>defer resp.Body.Close()</w:t>
        <w:br/>
        <w:br/>
        <w:tab/>
        <w:t>var buf bytes.Buffer</w:t>
        <w:br/>
        <w:tab/>
        <w:t>_, err = buf.ReadFrom(resp.Body)</w:t>
        <w:br/>
        <w:tab/>
        <w:t>if err != nil {</w:t>
        <w:br/>
        <w:tab/>
        <w:tab/>
        <w:t>fmt.Println(err)</w:t>
        <w:br/>
        <w:tab/>
        <w:tab/>
        <w:t>return</w:t>
        <w:br/>
        <w:tab/>
        <w:t>}</w:t>
        <w:br/>
        <w:br/>
        <w:tab/>
        <w:t>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{</w:t>
        <w:br/>
        <w:t xml:space="preserve">        "userInfos":[{</w:t>
        <w:br/>
        <w:t xml:space="preserve">            "userID": "open-991733sq-3pqr-988q-o816-5n98r988sqrn",</w:t>
        <w:br/>
        <w:t xml:space="preserve">            "nickname": "zackhuang",</w:t>
        <w:br/>
        <w:t xml:space="preserve">            "headImgUrl": "https://net-cloud.xhey.top/group/headimg/avatar_default_1.jpeg",</w:t>
        <w:br/>
        <w:t xml:space="preserve">            "mobile": "18602222221"</w:t>
        <w:br/>
        <w:t xml:space="preserve">        }]</w:t>
        <w:br/>
        <w:t xml:space="preserve">    },</w:t>
        <w:br/>
        <w:t xml:space="preserve">    "timestamp": 1629102431</w:t>
        <w:br/>
        <w:t>}</w:t>
      </w:r>
    </w:p>
    <w:p>
      <w:pPr>
        <w:pStyle w:val="Heading1"/>
      </w:pPr>
      <w:r>
        <w:t>5 照片接口</w:t>
      </w:r>
    </w:p>
    <w:p>
      <w:pPr>
        <w:pStyle w:val="Heading2"/>
      </w:pPr>
      <w:r>
        <w:t>5.1 获取团队照片</w:t>
      </w:r>
    </w:p>
    <w:p>
      <w:r>
        <w:t>通过筛选条件获取团队下的照片。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请求地址：https://openapi.xhey.top/v2/group/photo</w:t>
      </w:r>
    </w:p>
    <w:p>
      <w:pPr>
        <w:pStyle w:val="Heading3"/>
      </w:pPr>
      <w:r>
        <w:t>Body参数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是否必填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startTime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1623826153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Unix时间戳，筛选条件的开始时间点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endTime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1629096554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Unix时间戳，筛选条件的结束时间点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userID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[]String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["open-06ns8591-02pr-941q-n81r-snn8340598r5","open-3q3p3182-p7s6-90nr-4044-s5nq3ro9n6n5"]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用户id列表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mediaType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0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资源类型，0-照片 1-视频，如果不传该值，将会查询满足0或1的资源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pageSize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100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支持分页查询，每页条目数，如果不传，默认值为1000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pageNo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支持分页查询，分页页码，如果不传，默认值为1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|—hasMore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Boolean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true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是否还有下一页数据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|—nextPageNo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下一页的页码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|—photos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水印数据数组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981090726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|——mediaUrl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https://net-cloud.xhey.top/group/photo/87485164-6394-4b9d-966e-05ac786b5160.jpg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资源地址(用户上传的原图)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|——mediaSimpleUrl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https://net-cloud.xhey.top/group/photo/87485164-6394-4b9d-966e-05ac786b5160.jpg?x-oss-process=video/snapshot,t_0,m_fast,ar_auto,w_300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简版资源地址 照片类型时为缩略图，视频类型时为首祯图片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|——mediaType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资源类型，0-照片 1-视频，如果不传该值，将会查询满足0或1的资源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|——time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1627612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拍照时间，Unix时间戳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|——userID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open-0q325626-s606-93qr-33q9-n535snnoqn77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拍照人id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https://openapi.xhey.top/v2/group/photo</w:t>
      </w:r>
    </w:p>
    <w:p>
      <w:r>
        <w:t>请求正文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ab/>
        <w:t>"startTime": 1625483483,</w:t>
        <w:br/>
        <w:tab/>
        <w:t>"endTime": 1628161884,</w:t>
        <w:br/>
        <w:tab/>
        <w:t>"userID": ["open_6e13763f_68d4_49d1_9178_06998191a5c8","open_6e13763f_68d4_49d1_9178_06998191a5c8"],</w:t>
        <w:br/>
        <w:tab/>
        <w:t>"mediaType": 0,</w:t>
        <w:br/>
        <w:tab/>
        <w:t>"pageSize":100,</w:t>
        <w:br/>
        <w:tab/>
        <w:t>"pageNo":1</w:t>
        <w:br/>
        <w:t>}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reqStr := `{</w:t>
        <w:br/>
        <w:t xml:space="preserve">        "startTime": 1625483483,</w:t>
        <w:br/>
        <w:t xml:space="preserve">        "endTime": 1628161884,</w:t>
        <w:br/>
        <w:t xml:space="preserve">        "userID": ["open_6e13763f_68d4_49d1_9178_06998191a5c8","open_6e13763f_68d4_49d1_9178_06998191a5c8"],</w:t>
        <w:br/>
        <w:t xml:space="preserve">        "mediaType": 0,</w:t>
        <w:br/>
        <w:t xml:space="preserve">        "pageSize":10,</w:t>
        <w:br/>
        <w:t xml:space="preserve">        "pageNo":1</w:t>
        <w:br/>
        <w:t xml:space="preserve">    }`</w:t>
        <w:br/>
        <w:t xml:space="preserve">    reader := bytes.NewReader(([]byte)(reqStr))</w:t>
        <w:br/>
        <w:br/>
        <w:t xml:space="preserve">    url := "https://openapi.xhey.top/v2/group/photo"</w:t>
        <w:br/>
        <w:br/>
        <w:t xml:space="preserve">    groupSecret := "groupSecret" // 需申请</w:t>
        <w:br/>
        <w:t xml:space="preserve">    groupKey := "groupKey"       // 需申请</w:t>
        <w:br/>
        <w:t xml:space="preserve">    dataSign := sign(reqStr,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signature := sign(str, groupSecret)</w:t>
        <w:br/>
        <w:t xml:space="preserve">    req, _ := http.NewRequest("POST", url, reader)</w:t>
        <w:br/>
        <w:t xml:space="preserve">    req.Header.Add("Content-Type", "application/json")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client := &amp;http.Client{}</w:t>
        <w:br/>
        <w:t xml:space="preserve">    defer client.CloseIdleConnections()</w:t>
        <w:br/>
        <w:t xml:space="preserve">    resp, err := client.Do(req)</w:t>
        <w:br/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t xml:space="preserve">    defer resp.Body.Close()</w:t>
        <w:br/>
        <w:br/>
        <w:t xml:space="preserve">    var buf bytes.Buffer</w:t>
        <w:br/>
        <w:t xml:space="preserve">    _, err = buf.ReadFrom(resp.Body)</w:t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br/>
        <w:t xml:space="preserve">    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ab/>
        <w:t>"code": 200,</w:t>
        <w:br/>
        <w:tab/>
        <w:t>"msg": "success",</w:t>
        <w:br/>
        <w:tab/>
        <w:t>"data": {</w:t>
        <w:br/>
        <w:tab/>
        <w:tab/>
        <w:t>"hasMore": true,</w:t>
        <w:br/>
        <w:tab/>
        <w:tab/>
        <w:t>"nextPageNo": 2,</w:t>
        <w:br/>
        <w:tab/>
        <w:tab/>
        <w:t>"photos": [{</w:t>
        <w:br/>
        <w:tab/>
        <w:tab/>
        <w:tab/>
        <w:t>"id": 981090726,</w:t>
        <w:br/>
        <w:tab/>
        <w:tab/>
        <w:tab/>
        <w:t>"mediaUrl": "https://net-cloud.xhey.top/group/photo/87485164-6394-4b9d-966e-05ac786b5160.jpg",</w:t>
        <w:br/>
        <w:tab/>
        <w:tab/>
        <w:tab/>
        <w:t>"mediaSimpleUrl":"https://net-cloud.xhey.top/group/photo/87485164-6394-4b9d-966e-05ac786b5160.jpg?x-oss-process=video/snapshot,t_0,m_fast,ar_auto",</w:t>
        <w:br/>
        <w:tab/>
        <w:tab/>
        <w:tab/>
        <w:t>"mediaType": 0,</w:t>
        <w:br/>
        <w:tab/>
        <w:tab/>
        <w:tab/>
        <w:t>"time": 1627612397,</w:t>
        <w:br/>
        <w:tab/>
        <w:tab/>
        <w:tab/>
        <w:t>"userID": "open-0q325626-s606-93qr-33q9-n535snnoqn77"</w:t>
        <w:br/>
        <w:tab/>
        <w:tab/>
        <w:t>}, {</w:t>
        <w:br/>
        <w:tab/>
        <w:tab/>
        <w:tab/>
        <w:t>"id": 981090725,</w:t>
        <w:br/>
        <w:tab/>
        <w:tab/>
        <w:tab/>
        <w:t>"mediaUrl": "https://net-cloud.xhey.top/group/photo/7b4b1def-da53-470e-baec-7b5ed4945aed.jpg",</w:t>
        <w:br/>
        <w:tab/>
        <w:tab/>
        <w:tab/>
        <w:t>"mediaSimpleUrl":"https://net-cloud.xhey.top/group/photo/87485164-6394-4b9d-966e-05ac786b5160.jpg?x-oss-process=video/snapshot,t_0,m_fast,ar_auto",</w:t>
        <w:br/>
        <w:tab/>
        <w:tab/>
        <w:tab/>
        <w:t>"mediaType": 0,</w:t>
        <w:br/>
        <w:tab/>
        <w:tab/>
        <w:tab/>
        <w:t>"time": 1626056664,</w:t>
        <w:br/>
        <w:tab/>
        <w:tab/>
        <w:tab/>
        <w:t>"userID": "open-0q325626-s606-93qr-33q9-n535snnoqn77"</w:t>
        <w:br/>
        <w:tab/>
        <w:tab/>
        <w:t>}, {</w:t>
        <w:br/>
        <w:tab/>
        <w:tab/>
        <w:tab/>
        <w:t>"id": 981090724,</w:t>
        <w:br/>
        <w:tab/>
        <w:tab/>
        <w:tab/>
        <w:t>"mediaUrl": "https://net-cloud.xhey.top/group/photo/d08a25b5-576c-49eb-8e6d-d34e3b537068.jpg",</w:t>
        <w:br/>
        <w:tab/>
        <w:tab/>
        <w:tab/>
        <w:t>"mediaSimpleUrl":"https://net-cloud.xhey.top/group/photo/87485164-6394-4b9d-966e-05ac786b5160.jpg?x-oss-process=video/snapshot,t_0,m_fast,ar_auto",</w:t>
        <w:br/>
        <w:tab/>
        <w:tab/>
        <w:tab/>
        <w:t>"mediaType": 0,</w:t>
        <w:br/>
        <w:tab/>
        <w:tab/>
        <w:tab/>
        <w:t>"time": 1626056654,</w:t>
        <w:br/>
        <w:tab/>
        <w:tab/>
        <w:tab/>
        <w:t>"userID": "open-0q325626-s606-93qr-33q9-n535snnoqn77"</w:t>
        <w:br/>
        <w:tab/>
        <w:tab/>
        <w:t>}]</w:t>
        <w:br/>
        <w:tab/>
        <w:t>},</w:t>
        <w:br/>
        <w:tab/>
        <w:t>"timestamp": 1629100265</w:t>
        <w:br/>
        <w:t>}</w:t>
      </w:r>
    </w:p>
    <w:p>
      <w:pPr>
        <w:pStyle w:val="Heading2"/>
      </w:pPr>
      <w:r>
        <w:t>5.2 多维度查询团队照片</w:t>
      </w:r>
    </w:p>
    <w:p>
      <w:r>
        <w:t>通过筛选条件获取团队下的照片。 目前最大支持查询1000条数据，超出时只显示1000条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请求地址：https://openapi.xhey.top/v2/group/photo/search</w:t>
      </w:r>
    </w:p>
    <w:p>
      <w:pPr>
        <w:pStyle w:val="Heading3"/>
      </w:pPr>
      <w:r>
        <w:t>Body参数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是否必填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startTime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1623826153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Unix时间戳，筛选条件的开始时间点 开始时间与结束时间最长支持180天，不传值的情况下默认为当前时间的180天之前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endTime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1629096554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Unix时间戳，筛选条件的结束时间点 开始时间与结束时间最长支持180天，不传值的情况下默认为当前时间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userIds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[]String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["open-06ns8591-02pr-941q-n81r-snn8340598r5","open-3q3p3182-p7s6-90nr-4044-s5nq3ro9n6n5"]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用户id列表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mediaType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0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资源类型，0-照片 1-视频，如果不传该值，将会查询满足0或1的资源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watermarkContent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[]string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["水印内容"]｜水印中携带的关键词信息，最多支持三个关键词，每个关键词最长支持15个字符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|—photos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水印数据数组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981090726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|——mediaUrl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https://net-cloud.xhey.top/group/photo/87485164-6394-4b9d-966e-05ac786b5160.jpg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资源地址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|——mediaSimpleUrl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https://net-cloud.xhey.top/group/photo/87485164-6394-4b9d-966e-05ac786b5160.jpg?x-oss-process=video/snapshot,t_0,m_fast,ar_auto,w_300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简版资源地址 照片类型时为缩略图，视频类型时为首祯图片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|——mediaType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资源类型，0-照片 1-视频，如果不传该值，将会查询满足0或1的资源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|——time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1627612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拍照时间，Unix时间戳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|——userID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open-0q325626-s606-93qr-33q9-n535snnoqn77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拍照人id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https://openapi.xhey.top/v2/group/photo/search</w:t>
      </w:r>
    </w:p>
    <w:p>
      <w:r>
        <w:t>请求正文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ab/>
        <w:t>"startTime": 1625483483,</w:t>
        <w:br/>
        <w:tab/>
        <w:t>"endTime": 1628161884,</w:t>
        <w:br/>
        <w:tab/>
        <w:t>"UserIds":["open_6e13763f_68d4_49d1_9178_06998191a5c8","open_6e13763f_68d4_49d1_9178_06998191a5c8"],</w:t>
        <w:br/>
        <w:tab/>
        <w:t>"mediaType": 0,</w:t>
        <w:br/>
        <w:tab/>
        <w:t>"watermarkContent":["水印关键词"]</w:t>
        <w:br/>
        <w:t>}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reqStr := `{</w:t>
        <w:br/>
        <w:t xml:space="preserve">        "startTime": 1625483483,</w:t>
        <w:br/>
        <w:t xml:space="preserve">        "endTime": 1628161884,</w:t>
        <w:br/>
        <w:t xml:space="preserve">        "userIds":["open_6e13763f_68d4_49d1_9178_06998191a5c8","open_6e13763f_68d4_49d1_9178_06998191a5c8"],</w:t>
        <w:br/>
        <w:t xml:space="preserve">        "mediaType": 0,</w:t>
        <w:br/>
        <w:t xml:space="preserve">        "watermarkContent":["水印关键词"]</w:t>
        <w:br/>
        <w:t xml:space="preserve">    }`</w:t>
        <w:br/>
        <w:t xml:space="preserve">    reader := bytes.NewReader(([]byte)(reqStr))</w:t>
        <w:br/>
        <w:br/>
        <w:t xml:space="preserve">    url := "https://openapi.xhey.top/v2/group/photo/search"</w:t>
        <w:br/>
        <w:br/>
        <w:t xml:space="preserve">    groupSecret := "groupSecret" // 需申请</w:t>
        <w:br/>
        <w:t xml:space="preserve">    groupKey := "groupKey"       // 需申请</w:t>
        <w:br/>
        <w:t xml:space="preserve">    dataSign := sign(reqStr,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signature := sign(str, groupSecret)</w:t>
        <w:br/>
        <w:t xml:space="preserve">    req, _ := http.NewRequest("POST", url, reader)</w:t>
        <w:br/>
        <w:t xml:space="preserve">    req.Header.Add("Content-Type", "application/json")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client := &amp;http.Client{}</w:t>
        <w:br/>
        <w:t xml:space="preserve">    defer client.CloseIdleConnections()</w:t>
        <w:br/>
        <w:t xml:space="preserve">    resp, err := client.Do(req)</w:t>
        <w:br/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t xml:space="preserve">    defer resp.Body.Close()</w:t>
        <w:br/>
        <w:br/>
        <w:t xml:space="preserve">    var buf bytes.Buffer</w:t>
        <w:br/>
        <w:t xml:space="preserve">    _, err = buf.ReadFrom(resp.Body)</w:t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br/>
        <w:t xml:space="preserve">    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ab/>
        <w:t>"code": 200,</w:t>
        <w:br/>
        <w:tab/>
        <w:t>"msg": "success",</w:t>
        <w:br/>
        <w:tab/>
        <w:t>"data": {</w:t>
        <w:br/>
        <w:tab/>
        <w:tab/>
        <w:t>"photos": [{</w:t>
        <w:br/>
        <w:tab/>
        <w:tab/>
        <w:tab/>
        <w:t>"id": 981090726,</w:t>
        <w:br/>
        <w:tab/>
        <w:tab/>
        <w:tab/>
        <w:t>"mediaUrl": "https://net-cloud.xhey.top/group/photo/87485164-6394-4b9d-966e-05ac786b5160.jpg",</w:t>
        <w:br/>
        <w:tab/>
        <w:tab/>
        <w:tab/>
        <w:t>"mediaSimpleUrl":"https://net-cloud.xhey.top/group/photo/87485164-6394-4b9d-966e-05ac786b5160.jpg?x-oss-process=video/snapshot,t_0,m_fast,ar_auto",</w:t>
        <w:br/>
        <w:tab/>
        <w:tab/>
        <w:tab/>
        <w:t>"mediaType": 0,</w:t>
        <w:br/>
        <w:tab/>
        <w:tab/>
        <w:tab/>
        <w:t>"time": 1627612397,</w:t>
        <w:br/>
        <w:tab/>
        <w:tab/>
        <w:tab/>
        <w:t>"userID": "open-0q325626-s606-93qr-33q9-n535snnoqn77"</w:t>
        <w:br/>
        <w:tab/>
        <w:tab/>
        <w:t>}, {</w:t>
        <w:br/>
        <w:tab/>
        <w:tab/>
        <w:tab/>
        <w:t>"id": 981090725,</w:t>
        <w:br/>
        <w:tab/>
        <w:tab/>
        <w:tab/>
        <w:t>"mediaUrl": "https://net-cloud.xhey.top/group/photo/7b4b1def-da53-470e-baec-7b5ed4945aed.jpg",</w:t>
        <w:br/>
        <w:tab/>
        <w:tab/>
        <w:tab/>
        <w:t>"mediaSimpleUrl":"https://net-cloud.xhey.top/group/photo/87485164-6394-4b9d-966e-05ac786b5160.jpg?x-oss-process=video/snapshot,t_0,m_fast,ar_auto",</w:t>
        <w:br/>
        <w:tab/>
        <w:tab/>
        <w:tab/>
        <w:t>"mediaType": 0,</w:t>
        <w:br/>
        <w:tab/>
        <w:tab/>
        <w:tab/>
        <w:t>"time": 1626056664,</w:t>
        <w:br/>
        <w:tab/>
        <w:tab/>
        <w:tab/>
        <w:t>"userID": "open-0q325626-s606-93qr-33q9-n535snnoqn77"</w:t>
        <w:br/>
        <w:tab/>
        <w:tab/>
        <w:t>}, {</w:t>
        <w:br/>
        <w:tab/>
        <w:tab/>
        <w:tab/>
        <w:t>"id": 981090724,</w:t>
        <w:br/>
        <w:tab/>
        <w:tab/>
        <w:tab/>
        <w:t>"mediaUrl": "https://net-cloud.xhey.top/group/photo/d08a25b5-576c-49eb-8e6d-d34e3b537068.jpg",</w:t>
        <w:br/>
        <w:tab/>
        <w:tab/>
        <w:tab/>
        <w:t>"mediaSimpleUrl":"https://net-cloud.xhey.top/group/photo/87485164-6394-4b9d-966e-05ac786b5160.jpg?x-oss-process=video/snapshot,t_0,m_fast,ar_auto",</w:t>
        <w:br/>
        <w:tab/>
        <w:tab/>
        <w:tab/>
        <w:t>"mediaType": 0,</w:t>
        <w:br/>
        <w:tab/>
        <w:tab/>
        <w:tab/>
        <w:t>"time": 1626056654,</w:t>
        <w:br/>
        <w:tab/>
        <w:tab/>
        <w:tab/>
        <w:t>"userID": "open-0q325626-s606-93qr-33q9-n535snnoqn77"</w:t>
        <w:br/>
        <w:tab/>
        <w:tab/>
        <w:t>}]</w:t>
        <w:br/>
        <w:tab/>
        <w:t>},</w:t>
        <w:br/>
        <w:tab/>
        <w:t>"timestamp": 1629100265</w:t>
        <w:br/>
        <w:t>}</w:t>
      </w:r>
    </w:p>
    <w:p>
      <w:pPr>
        <w:pStyle w:val="Heading2"/>
      </w:pPr>
      <w:r>
        <w:t>5.3 根据照片id获取团队照片水印数据</w:t>
      </w:r>
    </w:p>
    <w:p>
      <w:r>
        <w:t>通过照片ID列表，获取对应的水印数据。经纬度坐标系为gcj02。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请求地址：https://openapi.xhey.top/v2/group/watermark/byPhotoId</w:t>
      </w:r>
    </w:p>
    <w:p>
      <w:pPr>
        <w:pStyle w:val="Heading3"/>
      </w:pPr>
      <w:r>
        <w:t>Body参数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是否必填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photoID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[981090726,981090735,981090728]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照片id列表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pageSize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100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支持分页查询，每页条目数，如果不传，默认值为1000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pageNo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支持分页查询，分页页码，如果不传，默认值为1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|—hasMore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Boolean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true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是否还有下一页数据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|—nextPageNo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下一页的页码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|—watermarks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水印数据数组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|——watermarkID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1444928478914561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水印id，用于多维度查询照片数据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|——photoID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981090726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|——userID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open-0q325626-s606-93qr-33q9-n535snnoqn77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拍照人id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|——watermarkName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时间地点天气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水印名称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|——time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1627612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拍照时间，Unix时间戳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|——addr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成都市·天荟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拍照地点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|——weather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晴 11° 北风≤3级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天气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|——lng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104.065727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经度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|——lat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30.554810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纬度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|——altitude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50.7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海拔高度，单位 ‘米’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|——extends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981090726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|———title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工程名称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水印中的自定义条目标题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|———content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工程记录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水印中的自定义条目内容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https://openapi.xhey.top/v2/group/watermark/byPhotoId</w:t>
      </w:r>
    </w:p>
    <w:p>
      <w:r>
        <w:t>请求正文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"photoID": [981090726,981090735,981090728,981090718,981090716],</w:t>
        <w:br/>
        <w:t xml:space="preserve">    "pageSize": 100,</w:t>
        <w:br/>
        <w:t xml:space="preserve">    "pageNo": 1</w:t>
        <w:br/>
        <w:t>}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ab/>
        <w:t>reqStr := `{</w:t>
        <w:br/>
        <w:tab/>
        <w:t xml:space="preserve">    "photoID": [981090726,981090735,981090728,981090718,981090716],</w:t>
        <w:br/>
        <w:tab/>
        <w:t xml:space="preserve">    "pageSize": 100,</w:t>
        <w:br/>
        <w:tab/>
        <w:t xml:space="preserve">    "pageNo": 1</w:t>
        <w:br/>
        <w:tab/>
        <w:t>}`</w:t>
        <w:br/>
        <w:tab/>
        <w:t>reader := bytes.NewReader(([]byte)(reqStr))</w:t>
        <w:br/>
        <w:br/>
        <w:tab/>
        <w:t>url := "https://openapi.xhey.top/v2/group/watermark/byPhotoId"</w:t>
        <w:br/>
        <w:br/>
        <w:tab/>
        <w:t>groupSecret := "groupSecret" // 需申请</w:t>
        <w:br/>
        <w:tab/>
        <w:t>groupKey := "groupKey"       // 需申请</w:t>
        <w:br/>
        <w:tab/>
        <w:t>dataSign := sign(reqStr, groupSecret)</w:t>
        <w:br/>
        <w:tab/>
        <w:t>timestamp := strconv.FormatInt(time.Now().Unix(), 10)</w:t>
        <w:br/>
        <w:tab/>
        <w:t>str := fmt.Sprintf("groupKey=%s&amp;sign=%s&amp;timestamp=%s",</w:t>
        <w:br/>
        <w:tab/>
        <w:tab/>
        <w:t>groupKey,</w:t>
        <w:br/>
        <w:tab/>
        <w:tab/>
        <w:t>dataSign,</w:t>
        <w:br/>
        <w:tab/>
        <w:tab/>
        <w:t>timestamp,</w:t>
        <w:br/>
        <w:tab/>
        <w:t>)</w:t>
        <w:br/>
        <w:tab/>
        <w:t>signature := sign(str, groupSecret)</w:t>
        <w:br/>
        <w:tab/>
        <w:t>req, _ := http.NewRequest("POST", url, reader)</w:t>
        <w:br/>
        <w:tab/>
        <w:t>req.Header.Add("Content-Type", "application/json")</w:t>
        <w:br/>
        <w:tab/>
        <w:t>req.Header.Set("GroupKey", groupKey)</w:t>
        <w:br/>
        <w:tab/>
        <w:t>req.Header.Set("Timestamp", timestamp)</w:t>
        <w:br/>
        <w:tab/>
        <w:t>req.Header.Set("Signature", signature)</w:t>
        <w:br/>
        <w:br/>
        <w:tab/>
        <w:t>client := &amp;http.Client{}</w:t>
        <w:br/>
        <w:tab/>
        <w:t>defer client.CloseIdleConnections()</w:t>
        <w:br/>
        <w:tab/>
        <w:t>resp, err := client.Do(req)</w:t>
        <w:br/>
        <w:br/>
        <w:tab/>
        <w:t>if err != nil {</w:t>
        <w:br/>
        <w:tab/>
        <w:tab/>
        <w:t>fmt.Println(err)</w:t>
        <w:br/>
        <w:tab/>
        <w:tab/>
        <w:t>return</w:t>
        <w:br/>
        <w:tab/>
        <w:t>}</w:t>
        <w:br/>
        <w:tab/>
        <w:t>defer resp.Body.Close()</w:t>
        <w:br/>
        <w:br/>
        <w:tab/>
        <w:t>var buf bytes.Buffer</w:t>
        <w:br/>
        <w:tab/>
        <w:t>_, err = buf.ReadFrom(resp.Body)</w:t>
        <w:br/>
        <w:tab/>
        <w:t>if err != nil {</w:t>
        <w:br/>
        <w:tab/>
        <w:tab/>
        <w:t>fmt.Println(err)</w:t>
        <w:br/>
        <w:tab/>
        <w:tab/>
        <w:t>return</w:t>
        <w:br/>
        <w:tab/>
        <w:t>}</w:t>
        <w:br/>
        <w:br/>
        <w:tab/>
        <w:t>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ab/>
        <w:t>"code": 200,</w:t>
        <w:br/>
        <w:tab/>
        <w:t>"msg": "success",</w:t>
        <w:br/>
        <w:tab/>
        <w:t>"data": {</w:t>
        <w:br/>
        <w:tab/>
        <w:tab/>
        <w:t>"hasMore": false,</w:t>
        <w:br/>
        <w:tab/>
        <w:tab/>
        <w:t>"nextPageNo": 0,</w:t>
        <w:br/>
        <w:tab/>
        <w:tab/>
        <w:t>"watermarks": [{</w:t>
        <w:br/>
        <w:tab/>
        <w:tab/>
        <w:tab/>
        <w:t>"watermarkID": 1444928478913901,</w:t>
        <w:br/>
        <w:tab/>
        <w:tab/>
        <w:tab/>
        <w:t>"photoID": 981090716,</w:t>
        <w:br/>
        <w:tab/>
        <w:tab/>
        <w:tab/>
        <w:t>"userID": "open-6oq698q3-04ps-99s8-o21o-43058r291507",</w:t>
        <w:br/>
        <w:tab/>
        <w:tab/>
        <w:tab/>
        <w:t>"watermarkName": "时间地点天气",</w:t>
        <w:br/>
        <w:tab/>
        <w:tab/>
        <w:tab/>
        <w:t>"time": 1625732,</w:t>
        <w:br/>
        <w:tab/>
        <w:tab/>
        <w:tab/>
        <w:t>"addr": "成都市·天荟",</w:t>
        <w:br/>
        <w:tab/>
        <w:tab/>
        <w:tab/>
        <w:t>"weather": "晴 17° 西南风≤3级",</w:t>
        <w:br/>
        <w:tab/>
        <w:tab/>
        <w:tab/>
        <w:t>"lng": "104.065598",</w:t>
        <w:br/>
        <w:tab/>
        <w:tab/>
        <w:tab/>
        <w:t>"lat": "30.554556",</w:t>
        <w:br/>
        <w:tab/>
        <w:tab/>
        <w:tab/>
        <w:t>"altitude": "51.0",</w:t>
        <w:br/>
        <w:tab/>
        <w:tab/>
        <w:tab/>
        <w:t>"extends": []</w:t>
        <w:br/>
        <w:tab/>
        <w:tab/>
        <w:t>}, {</w:t>
        <w:br/>
        <w:tab/>
        <w:tab/>
        <w:tab/>
        <w:t>"watermarkID": 1444928478914289,</w:t>
        <w:br/>
        <w:tab/>
        <w:tab/>
        <w:tab/>
        <w:t>"photoID": 981090718,</w:t>
        <w:br/>
        <w:tab/>
        <w:tab/>
        <w:tab/>
        <w:t>"userID": "open-06ns8591-02pr-941q-n81r-snn8340598r5",</w:t>
        <w:br/>
        <w:tab/>
        <w:tab/>
        <w:tab/>
        <w:t>"watermarkName": "时间地点天气",</w:t>
        <w:br/>
        <w:tab/>
        <w:tab/>
        <w:tab/>
        <w:t>"time": 1625732,</w:t>
        <w:br/>
        <w:tab/>
        <w:tab/>
        <w:tab/>
        <w:t>"addr": "成都市·天荟",</w:t>
        <w:br/>
        <w:tab/>
        <w:tab/>
        <w:tab/>
        <w:t>"weather": "晴 17° 西南风≤3级",</w:t>
        <w:br/>
        <w:tab/>
        <w:tab/>
        <w:tab/>
        <w:t>"lng": "104.065552",</w:t>
        <w:br/>
        <w:tab/>
        <w:tab/>
        <w:tab/>
        <w:t>"lat": "30.554632",</w:t>
        <w:br/>
        <w:tab/>
        <w:tab/>
        <w:tab/>
        <w:t>"altitude": "50.5",</w:t>
        <w:br/>
        <w:tab/>
        <w:tab/>
        <w:tab/>
        <w:t>"extends": [{</w:t>
        <w:br/>
        <w:tab/>
        <w:tab/>
        <w:tab/>
        <w:tab/>
        <w:t>"title": "工程名称",</w:t>
        <w:br/>
        <w:tab/>
        <w:tab/>
        <w:tab/>
        <w:tab/>
        <w:t>"content": "工程记录"</w:t>
        <w:br/>
        <w:tab/>
        <w:tab/>
        <w:tab/>
        <w:t>}]</w:t>
        <w:br/>
        <w:tab/>
        <w:tab/>
        <w:t>}, {</w:t>
        <w:br/>
        <w:tab/>
        <w:tab/>
        <w:tab/>
        <w:t>"watermarkID": 1444928478914561,</w:t>
        <w:br/>
        <w:tab/>
        <w:tab/>
        <w:tab/>
        <w:t>"photoID": 981090726,</w:t>
        <w:br/>
        <w:tab/>
        <w:tab/>
        <w:tab/>
        <w:t>"userID": "open-0q325626-s606-93qr-33q9-n535snnoqn77",</w:t>
        <w:br/>
        <w:tab/>
        <w:tab/>
        <w:tab/>
        <w:t>"watermarkName": "时间地点天气",</w:t>
        <w:br/>
        <w:tab/>
        <w:tab/>
        <w:tab/>
        <w:t>"time": 1627612,</w:t>
        <w:br/>
        <w:tab/>
        <w:tab/>
        <w:tab/>
        <w:t>"addr": "成都市·天荟",</w:t>
        <w:br/>
        <w:tab/>
        <w:tab/>
        <w:tab/>
        <w:t>"weather": "晴 11° 北风≤3级",</w:t>
        <w:br/>
        <w:tab/>
        <w:tab/>
        <w:tab/>
        <w:t>"lng": "104.065727",</w:t>
        <w:br/>
        <w:tab/>
        <w:tab/>
        <w:tab/>
        <w:t>"lat": "30.554810",</w:t>
        <w:br/>
        <w:tab/>
        <w:tab/>
        <w:tab/>
        <w:t>"altitude": "50.7",</w:t>
        <w:br/>
        <w:tab/>
        <w:tab/>
        <w:tab/>
        <w:t>"extends": []</w:t>
        <w:br/>
        <w:tab/>
        <w:tab/>
        <w:t>}]</w:t>
        <w:br/>
        <w:tab/>
        <w:t>},</w:t>
        <w:br/>
        <w:tab/>
        <w:t>"timestamp": 1629093972</w:t>
        <w:br/>
        <w:t>}</w:t>
      </w:r>
    </w:p>
    <w:p>
      <w:pPr>
        <w:pStyle w:val="Heading2"/>
      </w:pPr>
      <w:r>
        <w:t>5.4 根据时间范围获取团队照片水印数据</w:t>
      </w:r>
    </w:p>
    <w:p>
      <w:r>
        <w:t>通过开始和结束时间的范围，获取对应的水印数据。经纬度坐标系为gcj02。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请求地址：https://openapi.xhey.top/v2/group/watermark/byTime</w:t>
      </w:r>
    </w:p>
    <w:p>
      <w:pPr>
        <w:pStyle w:val="Heading3"/>
      </w:pPr>
      <w:r>
        <w:t>Body参数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是否必填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startTime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1623826153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Unix时间戳，筛选条件的开始时间点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endTime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1629096554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Unix时间戳，筛选条件的结束时间点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pageSize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100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支持分页查询，每页条目数，如果不传，默认值为1000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pageNo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否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支持分页查询，分页页码，如果不传，默认值为1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|—hasMore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Boolean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true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是否还有下一页数据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|—nextPageNo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下一页的页码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|—watermarks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水印数据数组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|——watermarkID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1444928478914561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水印id，用于多维度查询照片数据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|——photoID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981090726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|——userID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open-0q325626-s606-93qr-33q9-n535snnoqn77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拍照人id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|——watermarkName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时间地点天气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水印名称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|——time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1627612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拍照时间，Unix时间戳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|——addr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成都市·天荟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拍照地点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|——weather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晴 11° 北风≤3级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天气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|——lng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104.065727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经度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|——lat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30.554810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纬度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|——altitude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50.7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海拔高度，单位 ‘米’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|——extends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981090726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|———title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工程名称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水印中的自定义条目标题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|———content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工程记录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水印中的自定义条目内容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https://openapi.xhey.top/v2/group/watermark/byTime</w:t>
      </w:r>
    </w:p>
    <w:p>
      <w:r>
        <w:t>请求正文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ab/>
        <w:t>"startTime": 1623826153,</w:t>
        <w:br/>
        <w:tab/>
        <w:t>"endTime": 1629096554,</w:t>
        <w:br/>
        <w:tab/>
        <w:t>"pageSize": 100,</w:t>
        <w:br/>
        <w:tab/>
        <w:t>"pageNo": 1</w:t>
        <w:br/>
        <w:t>}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ab/>
        <w:t>reqStr := `{</w:t>
        <w:br/>
        <w:tab/>
        <w:t xml:space="preserve">    "startTime": 1623826153,</w:t>
        <w:br/>
        <w:tab/>
        <w:t xml:space="preserve">    "endTime": 1629096554,</w:t>
        <w:br/>
        <w:tab/>
        <w:t xml:space="preserve">    "pageSize": 100,</w:t>
        <w:br/>
        <w:tab/>
        <w:t xml:space="preserve">    "pageNo": 1</w:t>
        <w:br/>
        <w:tab/>
        <w:t>}`</w:t>
        <w:br/>
        <w:tab/>
        <w:t>reader := bytes.NewReader(([]byte)(reqStr))</w:t>
        <w:br/>
        <w:br/>
        <w:tab/>
        <w:t>url := "https://openapi.xhey.top/v2/group/watermark/byTime"</w:t>
        <w:br/>
        <w:br/>
        <w:tab/>
        <w:t>groupSecret := "groupSecret" // 需申请</w:t>
        <w:br/>
        <w:tab/>
        <w:t>groupKey := "groupKey"       // 需申请</w:t>
        <w:br/>
        <w:tab/>
        <w:t>dataSign := sign(reqStr, groupSecret)</w:t>
        <w:br/>
        <w:tab/>
        <w:t>timestamp := strconv.FormatInt(time.Now().Unix(), 10)</w:t>
        <w:br/>
        <w:tab/>
        <w:t>str := fmt.Sprintf("groupKey=%s&amp;sign=%s&amp;timestamp=%s",</w:t>
        <w:br/>
        <w:tab/>
        <w:tab/>
        <w:t>groupKey,</w:t>
        <w:br/>
        <w:tab/>
        <w:tab/>
        <w:t>dataSign,</w:t>
        <w:br/>
        <w:tab/>
        <w:tab/>
        <w:t>timestamp,</w:t>
        <w:br/>
        <w:tab/>
        <w:t>)</w:t>
        <w:br/>
        <w:tab/>
        <w:t>signature := sign(str, groupSecret)</w:t>
        <w:br/>
        <w:tab/>
        <w:t>req, _ := http.NewRequest("POST", url, reader)</w:t>
        <w:br/>
        <w:tab/>
        <w:t>req.Header.Add("Content-Type", "application/json")</w:t>
        <w:br/>
        <w:tab/>
        <w:t>req.Header.Set("GroupKey", groupKey)</w:t>
        <w:br/>
        <w:tab/>
        <w:t>req.Header.Set("Timestamp", timestamp)</w:t>
        <w:br/>
        <w:tab/>
        <w:t>req.Header.Set("Signature", signature)</w:t>
        <w:br/>
        <w:br/>
        <w:tab/>
        <w:t>client := &amp;http.Client{}</w:t>
        <w:br/>
        <w:tab/>
        <w:t>defer client.CloseIdleConnections()</w:t>
        <w:br/>
        <w:tab/>
        <w:t>resp, err := client.Do(req)</w:t>
        <w:br/>
        <w:br/>
        <w:tab/>
        <w:t>if err != nil {</w:t>
        <w:br/>
        <w:tab/>
        <w:tab/>
        <w:t>fmt.Println(err)</w:t>
        <w:br/>
        <w:tab/>
        <w:tab/>
        <w:t>return</w:t>
        <w:br/>
        <w:tab/>
        <w:t>}</w:t>
        <w:br/>
        <w:tab/>
        <w:t>defer resp.Body.Close()</w:t>
        <w:br/>
        <w:br/>
        <w:tab/>
        <w:t>var buf bytes.Buffer</w:t>
        <w:br/>
        <w:tab/>
        <w:t>_, err = buf.ReadFrom(resp.Body)</w:t>
        <w:br/>
        <w:tab/>
        <w:t>if err != nil {</w:t>
        <w:br/>
        <w:tab/>
        <w:tab/>
        <w:t>fmt.Println(err)</w:t>
        <w:br/>
        <w:tab/>
        <w:tab/>
        <w:t>return</w:t>
        <w:br/>
        <w:tab/>
        <w:t>}</w:t>
        <w:br/>
        <w:br/>
        <w:tab/>
        <w:t>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{</w:t>
        <w:br/>
        <w:t xml:space="preserve">        "hasMore": false,</w:t>
        <w:br/>
        <w:t xml:space="preserve">        "nextPageNo": 0,</w:t>
        <w:br/>
        <w:t xml:space="preserve">        "watermarks": [{</w:t>
        <w:br/>
        <w:t xml:space="preserve">            "watermarkID": 1444928478914521,</w:t>
        <w:br/>
        <w:t xml:space="preserve">            "photoID": 981090716,</w:t>
        <w:br/>
        <w:t xml:space="preserve">            "userID": "open-6oq698q3-04ps-99s8-o21o-43058r291507",</w:t>
        <w:br/>
        <w:t xml:space="preserve">            "watermarkName": "时间地点天气",</w:t>
        <w:br/>
        <w:t xml:space="preserve">            "time": 1625732,</w:t>
        <w:br/>
        <w:t xml:space="preserve">            "addr": "成都市·天荟",</w:t>
        <w:br/>
        <w:t xml:space="preserve">            "weather": "晴 17° 西南风≤3级",</w:t>
        <w:br/>
        <w:t xml:space="preserve">            "lng": "104.065598",</w:t>
        <w:br/>
        <w:t xml:space="preserve">            "lat": "30.554556",</w:t>
        <w:br/>
        <w:t xml:space="preserve">            "altitude": "51.0",</w:t>
        <w:br/>
        <w:t xml:space="preserve">            "extends": []</w:t>
        <w:br/>
        <w:t xml:space="preserve">        }, {</w:t>
        <w:br/>
        <w:t xml:space="preserve">            "watermarkID": 1444928478915527,</w:t>
        <w:br/>
        <w:t xml:space="preserve">            "photoID": 981090718,</w:t>
        <w:br/>
        <w:t xml:space="preserve">            "userID": "open-06ns8591-02pr-941q-n81r-snn8340598r5",</w:t>
        <w:br/>
        <w:t xml:space="preserve">            "watermarkName": "时间地点天气",</w:t>
        <w:br/>
        <w:t xml:space="preserve">            "time": 1625732,</w:t>
        <w:br/>
        <w:t xml:space="preserve">            "addr": "成都市·天荟",</w:t>
        <w:br/>
        <w:t xml:space="preserve">            "weather": "晴 17° 西南风≤3级",</w:t>
        <w:br/>
        <w:t xml:space="preserve">            "lng": "104.065552",</w:t>
        <w:br/>
        <w:t xml:space="preserve">            "lat": "30.554632",</w:t>
        <w:br/>
        <w:t xml:space="preserve">            "altitude": "50.5",</w:t>
        <w:br/>
        <w:t xml:space="preserve">            "extends": [{</w:t>
        <w:br/>
        <w:t xml:space="preserve">                "title": "工程名称",</w:t>
        <w:br/>
        <w:t xml:space="preserve">                "content": "工程记录"</w:t>
        <w:br/>
        <w:t xml:space="preserve">            }]</w:t>
        <w:br/>
        <w:t xml:space="preserve">        }, {</w:t>
        <w:br/>
        <w:t xml:space="preserve">            "watermarkID": 1444928478915527,</w:t>
        <w:br/>
        <w:t xml:space="preserve">            "photoID": 981090726,</w:t>
        <w:br/>
        <w:t xml:space="preserve">            "userID": "open-0q325626-s606-93qr-33q9-n535snnoqn77",</w:t>
        <w:br/>
        <w:t xml:space="preserve">            "watermarkName": "时间地点天气",</w:t>
        <w:br/>
        <w:t xml:space="preserve">            "time": 1627612,</w:t>
        <w:br/>
        <w:t xml:space="preserve">            "addr": "成都市·天荟",</w:t>
        <w:br/>
        <w:t xml:space="preserve">            "weather": "晴 11° 北风≤3级",</w:t>
        <w:br/>
        <w:t xml:space="preserve">            "lng": "104.065727",</w:t>
        <w:br/>
        <w:t xml:space="preserve">            "lat": "30.554810",</w:t>
        <w:br/>
        <w:t xml:space="preserve">            "altitude": "50.7",</w:t>
        <w:br/>
        <w:t xml:space="preserve">            "extends": []</w:t>
        <w:br/>
        <w:t xml:space="preserve">        }]</w:t>
        <w:br/>
        <w:t xml:space="preserve">    },</w:t>
        <w:br/>
        <w:t xml:space="preserve">    "timestamp": 1629093972</w:t>
        <w:br/>
        <w:t>}</w:t>
      </w:r>
    </w:p>
    <w:p>
      <w:pPr>
        <w:pStyle w:val="Heading1"/>
      </w:pPr>
      <w:r>
        <w:t>6 照片下载接口</w:t>
      </w:r>
    </w:p>
    <w:p>
      <w:pPr>
        <w:pStyle w:val="Heading2"/>
      </w:pPr>
      <w:r>
        <w:t>6.1 照片下载接口</w:t>
      </w:r>
    </w:p>
    <w:p>
      <w:r>
        <w:t>根据照片 ID 批量获取照片下载地址，单次请求最多支持 1000 个照片 ID。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请求地址：https://openapi.xhey.top/v2/group/photo/downloadUrl</w:t>
      </w:r>
    </w:p>
    <w:p>
      <w:pPr>
        <w:pStyle w:val="Heading3"/>
      </w:pPr>
      <w:r>
        <w:t>Body参数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是否必填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photoIDs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[]Integer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[981090726,981090725,981090724]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 ID 列表，至少 1 个、最多 1000 个，不允许重复或小于等于 0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|—photos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照片下载信息数组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981090726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 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|——downloadUrl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https://net-private.xhey.top/group/photo/example.jpg?auth_key=...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携带鉴权信息的下载地址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1629092630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响应时间，Unix 秒级时间戳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https://openapi.xhey.top/v2/group/photo/downloadUrl</w:t>
      </w:r>
    </w:p>
    <w:p>
      <w:r>
        <w:t>请求正文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ab/>
        <w:t>"photoIDs": [981090726, 981090725, 981090724]</w:t>
        <w:br/>
        <w:t>}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ab/>
        <w:t>reqStr := `{</w:t>
        <w:br/>
        <w:tab/>
        <w:t xml:space="preserve">    "photoIDs": [981090726, 981090725, 981090724]</w:t>
        <w:br/>
        <w:tab/>
        <w:t>}`</w:t>
        <w:br/>
        <w:tab/>
        <w:t>reader := bytes.NewReader(([]byte)(reqStr))</w:t>
        <w:br/>
        <w:br/>
        <w:tab/>
        <w:t>url := "https://openapi.xhey.top/v2/group/photo/downloadUrl"</w:t>
        <w:br/>
        <w:br/>
        <w:tab/>
        <w:t>groupSecret := "groupSecret" // 需申请</w:t>
        <w:br/>
        <w:tab/>
        <w:t>groupKey := "groupKey"       // 需申请</w:t>
        <w:br/>
        <w:tab/>
        <w:t>dataSign := sign(reqStr, groupSecret)</w:t>
        <w:br/>
        <w:tab/>
        <w:t>timestamp := strconv.FormatInt(time.Now().Unix(), 10)</w:t>
        <w:br/>
        <w:tab/>
        <w:t>str := fmt.Sprintf("groupKey=%s&amp;sign=%s&amp;timestamp=%s",</w:t>
        <w:br/>
        <w:tab/>
        <w:tab/>
        <w:t>groupKey,</w:t>
        <w:br/>
        <w:tab/>
        <w:tab/>
        <w:t>dataSign,</w:t>
        <w:br/>
        <w:tab/>
        <w:tab/>
        <w:t>timestamp,</w:t>
        <w:br/>
        <w:tab/>
        <w:t>)</w:t>
        <w:br/>
        <w:tab/>
        <w:t>signature := sign(str, groupSecret)</w:t>
        <w:br/>
        <w:tab/>
        <w:t>req, _ := http.NewRequest("POST", url, reader)</w:t>
        <w:br/>
        <w:tab/>
        <w:t>req.Header.Add("Content-Type", "application/json")</w:t>
        <w:br/>
        <w:tab/>
        <w:t>req.Header.Set("GroupKey", groupKey)</w:t>
        <w:br/>
        <w:tab/>
        <w:t>req.Header.Set("Timestamp", timestamp)</w:t>
        <w:br/>
        <w:tab/>
        <w:t>req.Header.Set("Signature", signature)</w:t>
        <w:br/>
        <w:br/>
        <w:tab/>
        <w:t>client := &amp;http.Client{}</w:t>
        <w:br/>
        <w:tab/>
        <w:t>defer client.CloseIdleConnections()</w:t>
        <w:br/>
        <w:tab/>
        <w:t>resp, err := client.Do(req)</w:t>
        <w:br/>
        <w:br/>
        <w:tab/>
        <w:t>if err != nil {</w:t>
        <w:br/>
        <w:tab/>
        <w:tab/>
        <w:t>fmt.Println(err)</w:t>
        <w:br/>
        <w:tab/>
        <w:tab/>
        <w:t>return</w:t>
        <w:br/>
        <w:tab/>
        <w:t>}</w:t>
        <w:br/>
        <w:tab/>
        <w:t>defer resp.Body.Close()</w:t>
        <w:br/>
        <w:br/>
        <w:tab/>
        <w:t>var buf bytes.Buffer</w:t>
        <w:br/>
        <w:tab/>
        <w:t>_, err = buf.ReadFrom(resp.Body)</w:t>
        <w:br/>
        <w:tab/>
        <w:t>if err != nil {</w:t>
        <w:br/>
        <w:tab/>
        <w:tab/>
        <w:t>fmt.Println(err)</w:t>
        <w:br/>
        <w:tab/>
        <w:tab/>
        <w:t>return</w:t>
        <w:br/>
        <w:tab/>
        <w:t>}</w:t>
        <w:br/>
        <w:br/>
        <w:tab/>
        <w:t>fmt.Println(buf.String())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"code": 200,</w:t>
        <w:br/>
        <w:t xml:space="preserve">  "msg": "success",</w:t>
        <w:br/>
        <w:t xml:space="preserve">  "data": {</w:t>
        <w:br/>
        <w:t xml:space="preserve">    "photos": [</w:t>
        <w:br/>
        <w:t xml:space="preserve">      {</w:t>
        <w:br/>
        <w:t xml:space="preserve">        "id": 981090726,</w:t>
        <w:br/>
        <w:t xml:space="preserve">        "downloadUrl": "https://net-private.xhey.top/group/photo/example-1.jpg?auth_key=..."</w:t>
        <w:br/>
        <w:t xml:space="preserve">      },</w:t>
        <w:br/>
        <w:t xml:space="preserve">      {</w:t>
        <w:br/>
        <w:t xml:space="preserve">        "id": 981090725,</w:t>
        <w:br/>
        <w:t xml:space="preserve">        "downloadUrl": "https://net-private-tx.xhey.top/group/photo/tencent-example-2.jpg?auth_key=..."</w:t>
        <w:br/>
        <w:t xml:space="preserve">      },</w:t>
        <w:br/>
        <w:t xml:space="preserve">      {</w:t>
        <w:br/>
        <w:t xml:space="preserve">        "id": 981090724,</w:t>
        <w:br/>
        <w:t xml:space="preserve">        "downloadUrl": "https://net-private.xhey.top/group/photo/example-3.jpg?auth_key=..."</w:t>
        <w:br/>
        <w:t xml:space="preserve">      }</w:t>
        <w:br/>
        <w:t xml:space="preserve">    ]</w:t>
        <w:br/>
        <w:t xml:space="preserve">  },</w:t>
        <w:br/>
        <w:t xml:space="preserve">  "timestamp": 1629092630</w:t>
        <w:br/>
        <w:t>}</w:t>
      </w:r>
    </w:p>
    <w:p>
      <w:pPr>
        <w:pStyle w:val="Heading1"/>
      </w:pPr>
      <w:r>
        <w:t>7 Webhook 接口</w:t>
      </w:r>
    </w:p>
    <w:p>
      <w:r>
        <w:t>webhook 请求 header 携带鉴权信息</w:t>
      </w:r>
    </w:p>
    <w:p>
      <w:pPr>
        <w:pStyle w:val="Heading3"/>
      </w:pPr>
      <w:r>
        <w:t>接收参数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groupID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11971798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团队号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photo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资源信息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981090726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资源id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|—mediaUrl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https://net-cloud.xhey.top/group/photo/87485164-6394-4b9d-966e-05ac786b5160.jpg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资源地址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|—mediaSimpleUrl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https://net-cloud.xhey.top/group/photo/87485164-6394-4b9d-966e-05ac786b5160.jpg?x-oss-process=video/snapshot,t_0,m_fast,ar_auto,w_300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简版资源地址 照片类型时为缩略图，视频类型时为首祯图片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|—mediaType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资源类型，0-照片 1-视频，如果不传该值，将会查询满足0或1的资源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|—time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1627612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拍照时间，Unix时间戳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|—userID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open-0q325626-s606-93qr-33q9-n535snnoqn77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拍照人id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|—userName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拍摄人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拍照人昵称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watermark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水印信息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|—watermarkID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1444928478914561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水印id，用于多维度查询照片数据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|-watermarkIdentification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182ba62d-257e-11ec-5660-3f95007345e9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水印标识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|—photoID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981090726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|—userID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open-0q325626-s606-93qr-33q9-n535snnoqn77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拍照人id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|—watermarkName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时间地点天气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水印名称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|—time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拍摄时间，Unix时间戳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|—addr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成都市·天荟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拍摄地址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|—weather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晴 11° 北风≤3级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天气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|—lng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104.065727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经度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|—lat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30.554810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纬度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|—altitude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50.7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海拔高度，单位 ‘米’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|—extends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水印自定义内容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|———title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工程名称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水印中的自定义条目标题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|———content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工程记录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水印中的自定义条目内容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status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接收到消息返回200认为发送成功，否则会一直重试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message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失败时返回的特殊消息</w:t>
            </w:r>
          </w:p>
        </w:tc>
      </w:tr>
    </w:tbl>
    <w:p>
      <w:pPr>
        <w:spacing w:after="40"/>
      </w:pPr>
    </w:p>
    <w:p>
      <w:r>
        <w:t>请求正文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"groupID":11971798,</w:t>
        <w:br/>
        <w:t xml:space="preserve">  "photo": {</w:t>
        <w:br/>
        <w:t xml:space="preserve">    "id": 29043766,</w:t>
        <w:br/>
        <w:t xml:space="preserve">    "mediaUrl": "https://net-cloud.xhey.top/group/photo/87485164-6394-4b9d-966e-05ac786b5160.jpg",</w:t>
        <w:br/>
        <w:t xml:space="preserve">    "mediaSimpleUrl":"https://net-cloud.xhey.top/group/photo/87485164-6394-4b9d-966e-05ac786b5160.jpg?x-oss-process=video/snapshot,t_0,m_fast,ar_auto,w_300",</w:t>
        <w:br/>
        <w:t xml:space="preserve">    "mediaType": 0,</w:t>
        <w:br/>
        <w:t xml:space="preserve">    "time": 1631761794,</w:t>
        <w:br/>
        <w:t xml:space="preserve">    "userID": "open-4814n211-8789-95p3-o84o-972159218n8s",</w:t>
        <w:br/>
        <w:t xml:space="preserve">    "userName":"拍摄人"</w:t>
        <w:br/>
        <w:t xml:space="preserve">  },</w:t>
        <w:br/>
        <w:t xml:space="preserve">  "watermark": {</w:t>
        <w:br/>
        <w:tab/>
        <w:t>"watermarkID":1444928478914561,</w:t>
        <w:br/>
        <w:t xml:space="preserve">    "watermarkIdentification":"182ba62d-257e-11ec-5660-3f95007345e9",</w:t>
        <w:br/>
        <w:t xml:space="preserve">    "photoID": 29043766,</w:t>
        <w:br/>
        <w:t xml:space="preserve">    "userID": "open-4814n211-8789-95p3-o84o-972159218n8s",</w:t>
        <w:br/>
        <w:t xml:space="preserve">    "watermarkName": "工程记录",</w:t>
        <w:br/>
        <w:t xml:space="preserve">    "time": 1631761794,</w:t>
        <w:br/>
        <w:t xml:space="preserve">    "addr": "北京市·上地佳园",</w:t>
        <w:br/>
        <w:t xml:space="preserve">    "weather": "晴 28° 西北风2级",</w:t>
        <w:br/>
        <w:t xml:space="preserve">    "lng": "113.133652",</w:t>
        <w:br/>
        <w:t xml:space="preserve">    "lat": "29.376331",</w:t>
        <w:br/>
        <w:t xml:space="preserve">    "altitude": "46.8",</w:t>
        <w:br/>
        <w:t xml:space="preserve">    "extends": []</w:t>
        <w:br/>
        <w:t xml:space="preserve">  }</w:t>
        <w:br/>
        <w:t>}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ab/>
        <w:t>"code": 200,</w:t>
        <w:br/>
        <w:tab/>
        <w:t>"msg": ""</w:t>
        <w:br/>
        <w:t>}</w:t>
      </w:r>
    </w:p>
    <w:p>
      <w:pPr>
        <w:pStyle w:val="Heading1"/>
      </w:pPr>
      <w:r>
        <w:t>8 状态码列表</w:t>
      </w:r>
    </w:p>
    <w:p>
      <w:r>
        <w:t>当code值不等于200时，返回数据的data为null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317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7"/>
              </w:rPr>
              <w:t>code值</w:t>
            </w:r>
          </w:p>
        </w:tc>
        <w:tc>
          <w:tcPr>
            <w:tcW w:type="dxa" w:w="317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7"/>
              </w:rPr>
              <w:t>类型</w:t>
            </w:r>
          </w:p>
        </w:tc>
        <w:tc>
          <w:tcPr>
            <w:tcW w:type="dxa" w:w="317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7"/>
              </w:rPr>
              <w:t>错误内容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200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success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2001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you can query a maximum of 1000 records, please be precise with your query conditions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400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param error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verify error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403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forbidden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404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not found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500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service error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4007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group key or secret not right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4008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you can query a maximum of 1000 personnel information at a time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4009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time param error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4010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you can query longest of 180 days data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4011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you can use a maximum of three keywords to search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4012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one keyword contain a maximum of 15 characters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4013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not support watermark ids query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4014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trial expired（试用已过期）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4015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trial quota exhausted（试用调用次数已用尽）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4016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service closed（该服务已停用）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4017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rate limited（超过 QPS 限额，已触发限流）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4018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entitlement missing（缺少照片模块或对应服务权益）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4019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quota exhausted（正式账户的验真 API 或验真报告 API 调用次数已用尽）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color w:val="9CA3AF"/>
        <w:sz w:val="16"/>
      </w:rPr>
      <w:t>今日水印相机api技术文档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 Unicode MS" w:hAnsi="Arial Unicode MS" w:eastAsia="Arial Unicode MS"/>
        <w:color w:val="6B7280"/>
        <w:sz w:val="17"/>
      </w:rPr>
      <w:t>今日水印相机开放平台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Arial Unicode MS" w:hAnsi="Arial Unicode MS" w:eastAsia="Arial Unicode M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C4ED8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C4ED8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C4ED8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100"/>
      <w:outlineLvl w:val="3"/>
    </w:pPr>
    <w:rPr>
      <w:rFonts w:asciiTheme="majorHAnsi" w:eastAsiaTheme="majorEastAsia" w:hAnsiTheme="majorHAnsi" w:cstheme="majorBidi" w:ascii="Arial Unicode MS" w:hAnsi="Arial Unicode MS" w:eastAsia="Arial Unicode MS"/>
      <w:b/>
      <w:bCs/>
      <w:i/>
      <w:iCs/>
      <w:color w:val="1C4ED8"/>
      <w:sz w:val="2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160" w:after="100"/>
      <w:outlineLvl w:val="4"/>
    </w:pPr>
    <w:rPr>
      <w:rFonts w:asciiTheme="majorHAnsi" w:eastAsiaTheme="majorEastAsia" w:hAnsiTheme="majorHAnsi" w:cstheme="majorBidi" w:ascii="Arial Unicode MS" w:hAnsi="Arial Unicode MS" w:eastAsia="Arial Unicode MS"/>
      <w:b/>
      <w:color w:val="1C4ED8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160" w:after="100"/>
      <w:outlineLvl w:val="5"/>
    </w:pPr>
    <w:rPr>
      <w:rFonts w:asciiTheme="majorHAnsi" w:eastAsiaTheme="majorEastAsia" w:hAnsiTheme="majorHAnsi" w:cstheme="majorBidi" w:ascii="Arial Unicode MS" w:hAnsi="Arial Unicode MS" w:eastAsia="Arial Unicode MS"/>
      <w:b/>
      <w:i/>
      <w:iCs/>
      <w:color w:val="1C4ED8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今日水印相机api技术文档</dc:title>
  <dc:subject>今日水印相机开放平台开发文档</dc:subject>
  <dc:creator>今日水印相机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